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CONTRATTO DI COLLABORAZIONE COORDINATA E CONTINUATIVA</w:t>
      </w:r>
    </w:p>
    <w:p/>
    <w:p>
      <w:r>
        <w:rPr>
          <w:b/>
          <w:sz w:val="20"/>
        </w:rPr>
        <w:t>TRA</w:t>
      </w:r>
    </w:p>
    <w:p>
      <w:r>
        <w:rPr>
          <w:b w:val="0"/>
          <w:sz w:val="20"/>
        </w:rPr>
        <w:t>Il Collaboratore: _____________________________________________________________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_______________________________________________________________</w:t>
      </w:r>
    </w:p>
    <w:p>
      <w:r>
        <w:rPr>
          <w:b w:val="0"/>
          <w:sz w:val="20"/>
        </w:rPr>
        <w:t>Residenza: ___________________________________________________________________</w:t>
      </w:r>
    </w:p>
    <w:p/>
    <w:p>
      <w:r>
        <w:rPr>
          <w:b/>
          <w:sz w:val="20"/>
        </w:rPr>
        <w:t>E</w:t>
      </w:r>
    </w:p>
    <w:p>
      <w:r>
        <w:rPr>
          <w:b w:val="0"/>
          <w:sz w:val="20"/>
        </w:rPr>
        <w:t>Il Committente: _______________________________________________________________</w:t>
      </w:r>
    </w:p>
    <w:p>
      <w:r>
        <w:rPr>
          <w:b w:val="0"/>
          <w:sz w:val="20"/>
        </w:rPr>
        <w:t>Partita IVA / Codice Fiscale: _________________________________________________</w:t>
      </w:r>
    </w:p>
    <w:p>
      <w:r>
        <w:rPr>
          <w:b w:val="0"/>
          <w:sz w:val="20"/>
        </w:rPr>
        <w:t>Sede Legale: _________________________________________________________________</w:t>
      </w:r>
    </w:p>
    <w:p/>
    <w:p>
      <w:r>
        <w:rPr>
          <w:b/>
          <w:sz w:val="20"/>
        </w:rPr>
        <w:t>PREMESSE</w:t>
      </w:r>
    </w:p>
    <w:p>
      <w:r>
        <w:rPr>
          <w:b w:val="0"/>
          <w:sz w:val="20"/>
        </w:rPr>
        <w:t>Il Committente intende avvalersi della collaborazione coordinata e continuativa del Collaboratore,</w:t>
      </w:r>
    </w:p>
    <w:p>
      <w:r>
        <w:rPr>
          <w:b w:val="0"/>
          <w:sz w:val="20"/>
        </w:rPr>
        <w:t>il quale accetta di svolgere l’attività oggetto del presente contratto in conformità alle condizioni</w:t>
      </w:r>
    </w:p>
    <w:p>
      <w:r>
        <w:rPr>
          <w:b w:val="0"/>
          <w:sz w:val="20"/>
        </w:rPr>
        <w:t>e modalità di seguito indicate.</w:t>
      </w:r>
    </w:p>
    <w:p/>
    <w:p>
      <w:r>
        <w:rPr>
          <w:b/>
          <w:sz w:val="20"/>
        </w:rPr>
        <w:t>Articolo 1 – Oggetto della Collaborazione</w:t>
      </w:r>
    </w:p>
    <w:p>
      <w:r>
        <w:rPr>
          <w:b w:val="0"/>
          <w:sz w:val="20"/>
        </w:rPr>
        <w:t>Il Collaboratore si impegna a svolgere, in modo autonomo e senza vincolo di subordinazione,</w:t>
      </w:r>
    </w:p>
    <w:p>
      <w:r>
        <w:rPr>
          <w:b w:val="0"/>
          <w:sz w:val="20"/>
        </w:rPr>
        <w:t>attività di natura professionale e coordinata, consistenti in: _______________________________________________________.</w:t>
      </w:r>
    </w:p>
    <w:p>
      <w:r>
        <w:rPr>
          <w:b w:val="0"/>
          <w:sz w:val="20"/>
        </w:rPr>
        <w:t>La collaborazione dovrà essere svolta personalmente dal Collaboratore, nel rispetto delle indicazioni</w:t>
      </w:r>
    </w:p>
    <w:p>
      <w:r>
        <w:rPr>
          <w:b w:val="0"/>
          <w:sz w:val="20"/>
        </w:rPr>
        <w:t>fornite dal Committente e con le modalità che saranno di volta in volta concordate.</w:t>
      </w:r>
    </w:p>
    <w:p/>
    <w:p>
      <w:r>
        <w:rPr>
          <w:b/>
          <w:sz w:val="20"/>
        </w:rPr>
        <w:t>Articolo 2 – Durata</w:t>
      </w:r>
    </w:p>
    <w:p>
      <w:r>
        <w:rPr>
          <w:b w:val="0"/>
          <w:sz w:val="20"/>
        </w:rPr>
        <w:t>Il presente contratto ha durata di _______________ e cesserà automaticamente senza necessità di preavviso.</w:t>
      </w:r>
    </w:p>
    <w:p>
      <w:r>
        <w:rPr>
          <w:b w:val="0"/>
          <w:sz w:val="20"/>
        </w:rPr>
        <w:t>In ogni caso, il contratto potrà essere risolto anticipatamente da entrambe le parti con un preavviso scritto di _______________.</w:t>
      </w:r>
    </w:p>
    <w:p/>
    <w:p>
      <w:r>
        <w:rPr>
          <w:b/>
          <w:sz w:val="20"/>
        </w:rPr>
        <w:t>Articolo 3 – Compenso</w:t>
      </w:r>
    </w:p>
    <w:p>
      <w:r>
        <w:rPr>
          <w:b w:val="0"/>
          <w:sz w:val="20"/>
        </w:rPr>
        <w:t>Il Committente corrisponderà al Collaboratore un compenso lordo complessivo di Euro ____________, da corrispondere come segue:</w:t>
      </w:r>
    </w:p>
    <w:p>
      <w:r>
        <w:rPr>
          <w:b w:val="0"/>
          <w:sz w:val="20"/>
        </w:rPr>
        <w:t>- ___________________________;</w:t>
      </w:r>
    </w:p>
    <w:p>
      <w:r>
        <w:rPr>
          <w:b w:val="0"/>
          <w:sz w:val="20"/>
        </w:rPr>
        <w:t>- ___________________________.</w:t>
      </w:r>
    </w:p>
    <w:p>
      <w:r>
        <w:rPr>
          <w:b w:val="0"/>
          <w:sz w:val="20"/>
        </w:rPr>
        <w:t>Il compenso include ogni onere e contributo previsto dalla normativa vigente.</w:t>
      </w:r>
    </w:p>
    <w:p/>
    <w:p>
      <w:r>
        <w:rPr>
          <w:b/>
          <w:sz w:val="20"/>
        </w:rPr>
        <w:t>Articolo 4 – Modalità di Esecuzione</w:t>
      </w:r>
    </w:p>
    <w:p>
      <w:r>
        <w:rPr>
          <w:b w:val="0"/>
          <w:sz w:val="20"/>
        </w:rPr>
        <w:t>Il Collaboratore svolgerà la collaborazione con autonomia organizzativa, senza vincolo di subordinazione,</w:t>
      </w:r>
    </w:p>
    <w:p>
      <w:r>
        <w:rPr>
          <w:b w:val="0"/>
          <w:sz w:val="20"/>
        </w:rPr>
        <w:t>e si impegna a rispettare le direttive che il Committente potrà fornire in relazione alle finalità del contratto.</w:t>
      </w:r>
    </w:p>
    <w:p>
      <w:r>
        <w:rPr>
          <w:b w:val="0"/>
          <w:sz w:val="20"/>
        </w:rPr>
        <w:t>Le parti convengono che il Collaboratore non potrà avvalersi di ulteriori collaboratori o sostituti senza il consenso scritto del Committente.</w:t>
      </w:r>
    </w:p>
    <w:p/>
    <w:p>
      <w:r>
        <w:rPr>
          <w:b/>
          <w:sz w:val="20"/>
        </w:rPr>
        <w:t>Articolo 5 – Obblighi del Collaboratore</w:t>
      </w:r>
    </w:p>
    <w:p>
      <w:r>
        <w:rPr>
          <w:b w:val="0"/>
          <w:sz w:val="20"/>
        </w:rPr>
        <w:t>Il Collaboratore si impegna a:</w:t>
      </w:r>
    </w:p>
    <w:p>
      <w:r>
        <w:rPr>
          <w:b w:val="0"/>
          <w:sz w:val="20"/>
        </w:rPr>
        <w:t>a) svolgere l’attività con diligenza, competenza e nel rispetto della normativa vigente;</w:t>
      </w:r>
    </w:p>
    <w:p>
      <w:r>
        <w:rPr>
          <w:b w:val="0"/>
          <w:sz w:val="20"/>
        </w:rPr>
        <w:t>b) mantenere la riservatezza su tutte le informazioni di cui venga a conoscenza nello svolgimento della collaborazione;</w:t>
      </w:r>
    </w:p>
    <w:p>
      <w:r>
        <w:rPr>
          <w:b w:val="0"/>
          <w:sz w:val="20"/>
        </w:rPr>
        <w:t>c) non svolgere attività in concorrenza con il Committente durante la vigenza del contratto;</w:t>
      </w:r>
    </w:p>
    <w:p>
      <w:r>
        <w:rPr>
          <w:b w:val="0"/>
          <w:sz w:val="20"/>
        </w:rPr>
        <w:t>d) comunicare tempestivamente ogni eventuale impedimento o difficoltà nello svolgimento della collaborazione.</w:t>
      </w:r>
    </w:p>
    <w:p/>
    <w:p>
      <w:r>
        <w:rPr>
          <w:b/>
          <w:sz w:val="20"/>
        </w:rPr>
        <w:t>Articolo 6 – Obblighi del Committente</w:t>
      </w:r>
    </w:p>
    <w:p>
      <w:r>
        <w:rPr>
          <w:b w:val="0"/>
          <w:sz w:val="20"/>
        </w:rPr>
        <w:t>Il Committente si impegna a:</w:t>
      </w:r>
    </w:p>
    <w:p>
      <w:r>
        <w:rPr>
          <w:b w:val="0"/>
          <w:sz w:val="20"/>
        </w:rPr>
        <w:t>a) corrispondere il compenso nei termini e modi previsti dal presente contratto;</w:t>
      </w:r>
    </w:p>
    <w:p>
      <w:r>
        <w:rPr>
          <w:b w:val="0"/>
          <w:sz w:val="20"/>
        </w:rPr>
        <w:t>b) fornire al Collaboratore tutte le informazioni e i mezzi necessari per lo svolgimento dell’attività;</w:t>
      </w:r>
    </w:p>
    <w:p>
      <w:r>
        <w:rPr>
          <w:b w:val="0"/>
          <w:sz w:val="20"/>
        </w:rPr>
        <w:t>c) rispettare la normativa vigente in materia di collaborazioni coordinate e continuative.</w:t>
      </w:r>
    </w:p>
    <w:p/>
    <w:p>
      <w:r>
        <w:rPr>
          <w:b/>
          <w:sz w:val="20"/>
        </w:rPr>
        <w:t>Articolo 7 – Contributi e Adempimenti Previdenziali</w:t>
      </w:r>
    </w:p>
    <w:p>
      <w:r>
        <w:rPr>
          <w:b w:val="0"/>
          <w:sz w:val="20"/>
        </w:rPr>
        <w:t>Il Collaboratore è tenuto agli adempimenti previdenziali e fiscali previsti dalla legge. Il Committente provvederà alla trattenuta e al versamento dei contributi obbligatori, ove previsto.</w:t>
      </w:r>
    </w:p>
    <w:p/>
    <w:p>
      <w:r>
        <w:rPr>
          <w:b/>
          <w:sz w:val="20"/>
        </w:rPr>
        <w:t>Articolo 8 – Risoluzione del Contratto</w:t>
      </w:r>
    </w:p>
    <w:p>
      <w:r>
        <w:rPr>
          <w:b w:val="0"/>
          <w:sz w:val="20"/>
        </w:rPr>
        <w:t>Il presente contratto potrà essere risolto in qualsiasi momento da entrambe le parti, con comunicazione scritta da inviarsi con un preavviso di _______________.</w:t>
      </w:r>
    </w:p>
    <w:p>
      <w:r>
        <w:rPr>
          <w:b w:val="0"/>
          <w:sz w:val="20"/>
        </w:rPr>
        <w:t>Il Committente potrà risolvere il contratto senza preavviso in caso di grave inadempimento del Collaboratore.</w:t>
      </w:r>
    </w:p>
    <w:p/>
    <w:p>
      <w:r>
        <w:rPr>
          <w:b/>
          <w:sz w:val="20"/>
        </w:rPr>
        <w:t>Articolo 9 – Proprietà Intellettuale e Riservatezza</w:t>
      </w:r>
    </w:p>
    <w:p>
      <w:r>
        <w:rPr>
          <w:b w:val="0"/>
          <w:sz w:val="20"/>
        </w:rPr>
        <w:t>Tutti i risultati e materiali prodotti dal Collaboratore nell’ambito della collaborazione sono di proprietà esclusiva del Committente.</w:t>
      </w:r>
    </w:p>
    <w:p>
      <w:r>
        <w:rPr>
          <w:b w:val="0"/>
          <w:sz w:val="20"/>
        </w:rPr>
        <w:t>Il Collaboratore si impegna a non divulgare informazioni riservate e a non utilizzarle per scopi diversi da quelli previsti dal presente contratto.</w:t>
      </w:r>
    </w:p>
    <w:p/>
    <w:p>
      <w:r>
        <w:rPr>
          <w:b/>
          <w:sz w:val="20"/>
        </w:rPr>
        <w:t>Articolo 10 – Foro Competente</w:t>
      </w:r>
    </w:p>
    <w:p>
      <w:r>
        <w:rPr>
          <w:b w:val="0"/>
          <w:sz w:val="20"/>
        </w:rPr>
        <w:t>Per ogni controversia relativa all’interpretazione, esecuzione o risoluzione del presente contratto sarà competente esclusivamente il Foro di _______________.</w:t>
      </w:r>
    </w:p>
    <w:p/>
    <w:p/>
    <w:p>
      <w:r>
        <w:rPr>
          <w:b w:val="0"/>
          <w:sz w:val="20"/>
        </w:rPr>
        <w:t>Luogo : _________________________________________________________</w:t>
      </w:r>
    </w:p>
    <w:p>
      <w:r>
        <w:rPr>
          <w:b w:val="0"/>
          <w:sz w:val="20"/>
        </w:rPr>
        <w:t>Data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COMMITTENTE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COLLABORATORE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https://esperto-contratti.com/contratto-di-collaborazione-fac-simile/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contratto-di-collaborazione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