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GESTIONE ALBERGHIERA</w:t>
      </w:r>
    </w:p>
    <w:p/>
    <w:p>
      <w:pPr>
        <w:jc w:val="center"/>
      </w:pPr>
      <w:r>
        <w:rPr>
          <w:b/>
          <w:sz w:val="20"/>
        </w:rPr>
        <w:t>TRA</w:t>
      </w:r>
    </w:p>
    <w:p>
      <w:r>
        <w:rPr>
          <w:b/>
          <w:sz w:val="20"/>
        </w:rPr>
        <w:t>La Società Gestore:</w:t>
      </w:r>
    </w:p>
    <w:p>
      <w:r>
        <w:rPr>
          <w:b w:val="0"/>
          <w:sz w:val="20"/>
        </w:rPr>
        <w:t>Ragione Sociale: ________________________________________________</w:t>
      </w:r>
    </w:p>
    <w:p>
      <w:r>
        <w:rPr>
          <w:b w:val="0"/>
          <w:sz w:val="20"/>
        </w:rPr>
        <w:t>Partita IVA / Codice Fiscale: ____________________________________</w:t>
      </w:r>
    </w:p>
    <w:p>
      <w:r>
        <w:rPr>
          <w:b w:val="0"/>
          <w:sz w:val="20"/>
        </w:rPr>
        <w:t>Sede Legale: _________________________________________________</w:t>
      </w:r>
    </w:p>
    <w:p/>
    <w:p>
      <w:pPr>
        <w:jc w:val="center"/>
      </w:pPr>
      <w:r>
        <w:rPr>
          <w:b/>
          <w:sz w:val="20"/>
        </w:rPr>
        <w:t>E</w:t>
      </w:r>
    </w:p>
    <w:p>
      <w:r>
        <w:rPr>
          <w:b/>
          <w:sz w:val="20"/>
        </w:rPr>
        <w:t>La Proprietà:</w:t>
      </w:r>
    </w:p>
    <w:p>
      <w:r>
        <w:rPr>
          <w:b w:val="0"/>
          <w:sz w:val="20"/>
        </w:rPr>
        <w:t>Nome / Ragione Sociale: __________________________________________</w:t>
      </w:r>
    </w:p>
    <w:p>
      <w:r>
        <w:rPr>
          <w:b w:val="0"/>
          <w:sz w:val="20"/>
        </w:rPr>
        <w:t>Partita IVA / Codice Fiscale: ____________________________________</w:t>
      </w:r>
    </w:p>
    <w:p>
      <w:r>
        <w:rPr>
          <w:b w:val="0"/>
          <w:sz w:val="20"/>
        </w:rPr>
        <w:t>Sede Legale: _________________________________________________</w:t>
      </w:r>
    </w:p>
    <w:p/>
    <w:p/>
    <w:p>
      <w:r>
        <w:rPr>
          <w:b/>
          <w:sz w:val="20"/>
        </w:rPr>
        <w:t>PREMESSE</w:t>
      </w:r>
    </w:p>
    <w:p>
      <w:r>
        <w:rPr>
          <w:b w:val="0"/>
          <w:sz w:val="20"/>
        </w:rPr>
        <w:t>a) La Proprietà è titolare dell’immobile adibito ad attività alberghiera denominato ‘____________________’ sito in _______________________________.</w:t>
      </w:r>
    </w:p>
    <w:p>
      <w:r>
        <w:rPr>
          <w:b w:val="0"/>
          <w:sz w:val="20"/>
        </w:rPr>
        <w:t>b) La Proprietà intende affidare alla Società Gestore la gestione dell’attività alberghiera, compresa l’amministrazione, la commercializzazione, l’organizzazione e la conduzione tecnica e commerciale dell’immobile.</w:t>
      </w:r>
    </w:p>
    <w:p>
      <w:r>
        <w:rPr>
          <w:b w:val="0"/>
          <w:sz w:val="20"/>
        </w:rPr>
        <w:t>c) La Società Gestore possiede le competenze e le risorse necessarie per gestire l’attività alberghiera con professionalità e diligenza.</w:t>
      </w:r>
    </w:p>
    <w:p/>
    <w:p>
      <w:r>
        <w:rPr>
          <w:b/>
          <w:sz w:val="20"/>
        </w:rPr>
        <w:t>Articolo 1 – Oggetto del Contratto</w:t>
      </w:r>
    </w:p>
    <w:p>
      <w:r>
        <w:rPr>
          <w:b w:val="0"/>
          <w:sz w:val="20"/>
        </w:rPr>
        <w:t>La Proprietà affida alla Società Gestore, che accetta, la gestione dell’attività alberghiera relativa all’immobile sopra indicato, comprensiva di ogni attività necessaria per la corretta conduzione dell’attività, inclusi ma non limitati a: accoglienza clienti, gestione prenotazioni, organizzazione del personale, manutenzione ordinaria, marketing e commercializzazione.</w:t>
      </w:r>
    </w:p>
    <w:p/>
    <w:p>
      <w:r>
        <w:rPr>
          <w:b/>
          <w:sz w:val="20"/>
        </w:rPr>
        <w:t>Articolo 2 – Durata</w:t>
      </w:r>
    </w:p>
    <w:p>
      <w:r>
        <w:rPr>
          <w:b w:val="0"/>
          <w:sz w:val="20"/>
        </w:rPr>
        <w:t>Il presente contratto ha durata di anni ____________ con decorrenza dal momento della sottoscrizione. Alla scadenza potrà essere rinnovato previo accordo scritto tra le parti.</w:t>
      </w:r>
    </w:p>
    <w:p/>
    <w:p>
      <w:r>
        <w:rPr>
          <w:b/>
          <w:sz w:val="20"/>
        </w:rPr>
        <w:t>Articolo 3 – Corrispettivo e Modalità di Pagamento</w:t>
      </w:r>
    </w:p>
    <w:p>
      <w:r>
        <w:rPr>
          <w:b w:val="0"/>
          <w:sz w:val="20"/>
        </w:rPr>
        <w:t>La Proprietà corrisponderà alla Società Gestore un compenso mensile pari a € ____________, oltre IVA se dovuta. Il pagamento sarà effettuato entro il giorno ______ di ogni mese a mezzo bonifico bancario sul conto corrente indicato dalla Società Gestore.</w:t>
      </w:r>
    </w:p>
    <w:p/>
    <w:p>
      <w:r>
        <w:rPr>
          <w:b/>
          <w:sz w:val="20"/>
        </w:rPr>
        <w:t>Articolo 4 – Obblighi della Società Gestore</w:t>
      </w:r>
    </w:p>
    <w:p>
      <w:r>
        <w:rPr>
          <w:b w:val="0"/>
          <w:sz w:val="20"/>
        </w:rPr>
        <w:t>La Società Gestore si impegna a:</w:t>
        <w:br/>
        <w:t>a) Gestire l’attività con la massima diligenza, rispettando le normative vigenti;</w:t>
        <w:br/>
        <w:t>b) Tenere aggiornati i registri obbligatori e adempiere agli obblighi fiscali e amministrativi;</w:t>
        <w:br/>
        <w:t>c) Predisporre e presentare periodicamente alla Proprietà report dettagliati sull’andamento della gestione;</w:t>
        <w:br/>
        <w:t>d) Provvedere alla selezione, formazione e gestione del personale;</w:t>
        <w:br/>
        <w:t>e) Gestire i rapporti con fornitori e terzi per la conduzione dell’attività;</w:t>
        <w:br/>
        <w:t>f) Curare la manutenzione ordinaria dell’immobile ed eventuali interventi urgenti.</w:t>
        <w:br/>
      </w:r>
    </w:p>
    <w:p/>
    <w:p>
      <w:r>
        <w:rPr>
          <w:b/>
          <w:sz w:val="20"/>
        </w:rPr>
        <w:t>Articolo 5 – Obblighi della Proprietà</w:t>
      </w:r>
    </w:p>
    <w:p>
      <w:r>
        <w:rPr>
          <w:b w:val="0"/>
          <w:sz w:val="20"/>
        </w:rPr>
        <w:t>La Proprietà si impegna a:</w:t>
        <w:br/>
        <w:t>a) Consegnare l’immobile e le relative attrezzature in buono stato di conservazione e manutenzione;</w:t>
        <w:br/>
        <w:t>b) Fornire alla Società Gestore tutta la documentazione necessaria per la corretta gestione;</w:t>
        <w:br/>
        <w:t>c) Sostenere le spese di manutenzione straordinaria e degli interventi necessari per la sicurezza dell’immobile;</w:t>
        <w:br/>
        <w:t>d) Non interferire nella gestione ordinaria dell’attività salvo quanto previsto dal presente contratto.</w:t>
        <w:br/>
      </w:r>
    </w:p>
    <w:p/>
    <w:p>
      <w:r>
        <w:rPr>
          <w:b/>
          <w:sz w:val="20"/>
        </w:rPr>
        <w:t>Articolo 6 – Responsabilità e Assicurazioni</w:t>
      </w:r>
    </w:p>
    <w:p>
      <w:r>
        <w:rPr>
          <w:b w:val="0"/>
          <w:sz w:val="20"/>
        </w:rPr>
        <w:t>La Società Gestore risponde dei danni derivanti da propria negligenza o inadempimento. La Proprietà si impegna a stipulare e mantenere in vigore polizze assicurative adeguate, che coprano i rischi relativi all’immobile e all’attività alberghiera.</w:t>
      </w:r>
    </w:p>
    <w:p/>
    <w:p>
      <w:r>
        <w:rPr>
          <w:b/>
          <w:sz w:val="20"/>
        </w:rPr>
        <w:t>Articolo 7 – Divieto di Subaffitto e Cessione</w:t>
      </w:r>
    </w:p>
    <w:p>
      <w:r>
        <w:rPr>
          <w:b w:val="0"/>
          <w:sz w:val="20"/>
        </w:rPr>
        <w:t>La Società Gestore non potrà cedere, subaffittare o trasferire a terzi il presente contratto o le attività gestite senza il consenso scritto della Proprietà.</w:t>
      </w:r>
    </w:p>
    <w:p/>
    <w:p>
      <w:r>
        <w:rPr>
          <w:b/>
          <w:sz w:val="20"/>
        </w:rPr>
        <w:t>Articolo 8 – Riservatezza</w:t>
      </w:r>
    </w:p>
    <w:p>
      <w:r>
        <w:rPr>
          <w:b w:val="0"/>
          <w:sz w:val="20"/>
        </w:rPr>
        <w:t>La Società Gestore si impegna a mantenere riservate tutte le informazioni confidenziali acquisite in relazione al presente contratto e a non divulgarle a terzi senza autorizzazione scritta della Proprietà.</w:t>
      </w:r>
    </w:p>
    <w:p/>
    <w:p>
      <w:r>
        <w:rPr>
          <w:b/>
          <w:sz w:val="20"/>
        </w:rPr>
        <w:t>Articolo 9 – Recesso e Risoluzione</w:t>
      </w:r>
    </w:p>
    <w:p>
      <w:r>
        <w:rPr>
          <w:b w:val="0"/>
          <w:sz w:val="20"/>
        </w:rPr>
        <w:t>Ciascuna parte potrà recedere dal presente contratto con preavviso scritto di almeno 90 giorni. In caso di grave inadempimento di una delle parti, il contratto potrà essere risolto immediatamente previa comunicazione scritta.</w:t>
      </w:r>
    </w:p>
    <w:p/>
    <w:p>
      <w:r>
        <w:rPr>
          <w:b/>
          <w:sz w:val="20"/>
        </w:rPr>
        <w:t>Articolo 10 – Foro Competente</w:t>
      </w:r>
    </w:p>
    <w:p>
      <w:r>
        <w:rPr>
          <w:b w:val="0"/>
          <w:sz w:val="20"/>
        </w:rPr>
        <w:t>Per qualsiasi controversia derivante dal presente contratto sarà competente in via esclusiva il Foro di ______________________.</w:t>
      </w:r>
    </w:p>
    <w:p/>
    <w:p/>
    <w:p>
      <w:r>
        <w:rPr>
          <w:b w:val="0"/>
          <w:sz w:val="20"/>
        </w:rPr>
        <w:t>Luogo, Firma Proprietà : _____________________________________________</w:t>
      </w:r>
    </w:p>
    <w:p/>
    <w:p/>
    <w:p>
      <w:r>
        <w:rPr>
          <w:b w:val="0"/>
          <w:sz w:val="20"/>
        </w:rPr>
        <w:t>Luogo, Firma Società Gestore :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PROPRIETÀ</w:t>
            </w:r>
          </w:p>
        </w:tc>
        <w:tc>
          <w:tcPr>
            <w:tcW w:type="dxa" w:w="4986"/>
            <w:tcBorders>
              <w:top w:val="nil"/>
              <w:left w:val="nil"/>
              <w:bottom w:val="nil"/>
              <w:right w:val="nil"/>
              <w:insideH w:val="nil"/>
              <w:insideV w:val="nil"/>
            </w:tcBorders>
          </w:tcPr>
          <w:p>
            <w:pPr>
              <w:jc w:val="center"/>
            </w:pPr>
            <w:r>
              <w:t>SOCIETÀ GESTORE</w:t>
            </w:r>
          </w:p>
        </w:tc>
      </w:tr>
      <w:tr>
        <w:tc>
          <w:tcPr>
            <w:tcW w:type="dxa" w:w="4986"/>
            <w:tcBorders>
              <w:top w:val="nil"/>
              <w:left w:val="nil"/>
              <w:bottom w:val="nil"/>
              <w:right w:val="nil"/>
              <w:insideH w:val="nil"/>
              <w:insideV w:val="nil"/>
            </w:tcBorders>
          </w:tcPr>
          <w:p>
            <w:pPr>
              <w:jc w:val="center"/>
            </w:pPr>
            <w:r>
              <w:br/>
              <w:br/>
              <w:t>Firma: ______________________________</w:t>
            </w:r>
          </w:p>
        </w:tc>
        <w:tc>
          <w:tcPr>
            <w:tcW w:type="dxa" w:w="4986"/>
            <w:tcBorders>
              <w:top w:val="nil"/>
              <w:left w:val="nil"/>
              <w:bottom w:val="nil"/>
              <w:right w:val="nil"/>
              <w:insideH w:val="nil"/>
              <w:insideV w:val="nil"/>
            </w:tcBorders>
          </w:tcPr>
          <w:p>
            <w:pPr>
              <w:jc w:val="center"/>
            </w:pPr>
            <w:r>
              <w:br/>
              <w:br/>
              <w:t>Firma: ______________________________</w:t>
            </w:r>
          </w:p>
        </w:tc>
      </w:tr>
      <w:tr>
        <w:tc>
          <w:tcPr>
            <w:tcW w:type="dxa" w:w="4986"/>
            <w:tcBorders>
              <w:top w:val="nil"/>
              <w:left w:val="nil"/>
              <w:bottom w:val="nil"/>
              <w:right w:val="nil"/>
              <w:insideH w:val="nil"/>
              <w:insideV w:val="nil"/>
            </w:tcBorders>
          </w:tcPr>
          <w:p>
            <w:pPr>
              <w:jc w:val="center"/>
            </w:pPr>
            <w:r>
              <w:t>Nome: ______________________________</w:t>
            </w:r>
          </w:p>
        </w:tc>
        <w:tc>
          <w:tcPr>
            <w:tcW w:type="dxa" w:w="4986"/>
            <w:tcBorders>
              <w:top w:val="nil"/>
              <w:left w:val="nil"/>
              <w:bottom w:val="nil"/>
              <w:right w:val="nil"/>
              <w:insideH w:val="nil"/>
              <w:insideV w:val="nil"/>
            </w:tcBorders>
          </w:tcPr>
          <w:p>
            <w:pPr>
              <w:jc w:val="center"/>
            </w:pPr>
            <w:r>
              <w:t>Nome: 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https://esperto-contratti.com/contratto-di-gestione-alberghiera-fac-simile/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contratto-di-gestione-alberghiera-fac-simil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