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CONTRATTO DI LAVORO A TEMPO DETERMINATO</w:t>
      </w:r>
    </w:p>
    <w:p/>
    <w:p>
      <w:r>
        <w:rPr>
          <w:b w:val="0"/>
          <w:sz w:val="20"/>
        </w:rPr>
        <w:t>Luogo : ____________________________    Data : ____________________________</w:t>
      </w:r>
    </w:p>
    <w:p/>
    <w:p>
      <w:r>
        <w:rPr>
          <w:b/>
          <w:sz w:val="20"/>
        </w:rPr>
        <w:t>Dati del Datore di Lavoro :</w:t>
      </w:r>
    </w:p>
    <w:p>
      <w:r>
        <w:rPr>
          <w:b w:val="0"/>
          <w:sz w:val="20"/>
        </w:rPr>
        <w:t>Denominazione/Ragione Sociale : ________________________________________</w:t>
      </w:r>
    </w:p>
    <w:p>
      <w:r>
        <w:rPr>
          <w:b w:val="0"/>
          <w:sz w:val="20"/>
        </w:rPr>
        <w:t>Codice Fiscale/P.IVA : ________________________________________________</w:t>
      </w:r>
    </w:p>
    <w:p>
      <w:r>
        <w:rPr>
          <w:b w:val="0"/>
          <w:sz w:val="20"/>
        </w:rPr>
        <w:t>Sede Legale : ________________________________________________________</w:t>
      </w:r>
    </w:p>
    <w:p/>
    <w:p>
      <w:r>
        <w:rPr>
          <w:b/>
          <w:sz w:val="20"/>
        </w:rPr>
        <w:t>Dati del Lavoratore :</w:t>
      </w:r>
    </w:p>
    <w:p>
      <w:r>
        <w:rPr>
          <w:b w:val="0"/>
          <w:sz w:val="20"/>
        </w:rPr>
        <w:t>Nome e Cognome : _____________________________________________________</w:t>
      </w:r>
    </w:p>
    <w:p>
      <w:r>
        <w:rPr>
          <w:b w:val="0"/>
          <w:sz w:val="20"/>
        </w:rPr>
        <w:t>Codice Fiscale : ______________________________________________________</w:t>
      </w:r>
    </w:p>
    <w:p>
      <w:r>
        <w:rPr>
          <w:b w:val="0"/>
          <w:sz w:val="20"/>
        </w:rPr>
        <w:t>Residenza : __________________________________________________________</w:t>
      </w:r>
    </w:p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Il Datore di Lavoro necessita di assumere un lavoratore per lo svolgimento di attività specifiche e temporanee;</w:t>
      </w:r>
    </w:p>
    <w:p>
      <w:r>
        <w:rPr>
          <w:b w:val="0"/>
          <w:sz w:val="20"/>
        </w:rPr>
        <w:t>Il Lavoratore possiede le competenze e le qualifiche richieste;</w:t>
      </w:r>
    </w:p>
    <w:p>
      <w:r>
        <w:rPr>
          <w:b w:val="0"/>
          <w:sz w:val="20"/>
        </w:rPr>
        <w:t>Le parti intendono regolare il rapporto di lavoro con il presente contratto a tempo determinato,</w:t>
      </w:r>
    </w:p>
    <w:p>
      <w:r>
        <w:rPr>
          <w:b w:val="0"/>
          <w:sz w:val="20"/>
        </w:rPr>
        <w:t>conformemente alla normativa vigente in materia di lavoro subordinato a tempo determinato.</w:t>
      </w:r>
    </w:p>
    <w:p/>
    <w:p>
      <w:r>
        <w:rPr>
          <w:b/>
          <w:sz w:val="20"/>
        </w:rPr>
        <w:t>Articolo 1 – Oggetto del Contratto</w:t>
      </w:r>
    </w:p>
    <w:p>
      <w:r>
        <w:rPr>
          <w:b w:val="0"/>
          <w:sz w:val="20"/>
        </w:rPr>
        <w:t>Il Datore di Lavoro assume il Lavoratore, che accetta, con rapporto di lavoro subordinato a tempo determinato,</w:t>
      </w:r>
    </w:p>
    <w:p>
      <w:r>
        <w:rPr>
          <w:b w:val="0"/>
          <w:sz w:val="20"/>
        </w:rPr>
        <w:t>per lo svolgimento delle mansioni di seguito indicate: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Articolo 2 – Durata del Contratto</w:t>
      </w:r>
    </w:p>
    <w:p>
      <w:r>
        <w:rPr>
          <w:b w:val="0"/>
          <w:sz w:val="20"/>
        </w:rPr>
        <w:t>Il presente contratto ha durata di __________ mesi, con decorrenza dal giorno __________ al giorno __________.</w:t>
      </w:r>
    </w:p>
    <w:p>
      <w:r>
        <w:rPr>
          <w:b w:val="0"/>
          <w:sz w:val="20"/>
        </w:rPr>
        <w:t>Il contratto si intende risolto alla scadenza senza necessità di disdetta da parte del Datore di Lavoro.</w:t>
      </w:r>
    </w:p>
    <w:p>
      <w:r>
        <w:rPr>
          <w:b w:val="0"/>
          <w:sz w:val="20"/>
        </w:rPr>
        <w:t>Eventuali proroghe devono essere concordate per iscritto, nel rispetto dei limiti di legge.</w:t>
      </w:r>
    </w:p>
    <w:p/>
    <w:p>
      <w:r>
        <w:rPr>
          <w:b/>
          <w:sz w:val="20"/>
        </w:rPr>
        <w:t>Articolo 3 – Periodo di Prova</w:t>
      </w:r>
    </w:p>
    <w:p>
      <w:r>
        <w:rPr>
          <w:b w:val="0"/>
          <w:sz w:val="20"/>
        </w:rPr>
        <w:t>Il Lavoratore sarà sottoposto a un periodo di prova di __________ giorni, durante il quale entrambe le parti possono recedere senza preavviso né indennità.</w:t>
      </w:r>
    </w:p>
    <w:p/>
    <w:p>
      <w:r>
        <w:rPr>
          <w:b/>
          <w:sz w:val="20"/>
        </w:rPr>
        <w:t>Articolo 4 – Orario di Lavoro</w:t>
      </w:r>
    </w:p>
    <w:p>
      <w:r>
        <w:rPr>
          <w:b w:val="0"/>
          <w:sz w:val="20"/>
        </w:rPr>
        <w:t>L'orario di lavoro è fissato in __________ ore settimanali, distribuite come segue: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Articolo 5 – Retribuzione</w:t>
      </w:r>
    </w:p>
    <w:p>
      <w:r>
        <w:rPr>
          <w:b w:val="0"/>
          <w:sz w:val="20"/>
        </w:rPr>
        <w:t>Al Lavoratore sarà corrisposta una retribuzione lorda mensile pari a € __________, comprensiva di tutti gli istituti contrattuali previsti.</w:t>
      </w:r>
    </w:p>
    <w:p>
      <w:r>
        <w:rPr>
          <w:b w:val="0"/>
          <w:sz w:val="20"/>
        </w:rPr>
        <w:t>La retribuzione sarà corrisposta entro il giorno __________ di ogni mese, mediante __________.</w:t>
      </w:r>
    </w:p>
    <w:p/>
    <w:p>
      <w:r>
        <w:rPr>
          <w:b/>
          <w:sz w:val="20"/>
        </w:rPr>
        <w:t>Articolo 6 – Obblighi del Lavoratore</w:t>
      </w:r>
    </w:p>
    <w:p>
      <w:r>
        <w:rPr>
          <w:b w:val="0"/>
          <w:sz w:val="20"/>
        </w:rPr>
        <w:t>Il Lavoratore si impegna a svolgere le mansioni con diligenza, osservando le disposizioni del Datore di Lavoro e rispettando le norme di sicurezza sul lavoro.</w:t>
      </w:r>
    </w:p>
    <w:p/>
    <w:p>
      <w:r>
        <w:rPr>
          <w:b/>
          <w:sz w:val="20"/>
        </w:rPr>
        <w:t>Articolo 7 – Obblighi del Datore di Lavoro</w:t>
      </w:r>
    </w:p>
    <w:p>
      <w:r>
        <w:rPr>
          <w:b w:val="0"/>
          <w:sz w:val="20"/>
        </w:rPr>
        <w:t>Il Datore di Lavoro si impegna a garantire al Lavoratore tutte le condizioni di lavoro conformi alla normativa vigente, nonché a corrispondere puntualmente la retribuzione.</w:t>
      </w:r>
    </w:p>
    <w:p/>
    <w:p>
      <w:r>
        <w:rPr>
          <w:b/>
          <w:sz w:val="20"/>
        </w:rPr>
        <w:t>Articolo 8 – Ferie e Permessi</w:t>
      </w:r>
    </w:p>
    <w:p>
      <w:r>
        <w:rPr>
          <w:b w:val="0"/>
          <w:sz w:val="20"/>
        </w:rPr>
        <w:t>Il Lavoratore ha diritto alle ferie e ai permessi previsti dal CCNL applicato e dalla normativa vigente, proporzionalmente alla durata del rapporto di lavoro.</w:t>
      </w:r>
    </w:p>
    <w:p/>
    <w:p>
      <w:r>
        <w:rPr>
          <w:b/>
          <w:sz w:val="20"/>
        </w:rPr>
        <w:t>Articolo 9 – Malattia e Infortunio</w:t>
      </w:r>
    </w:p>
    <w:p>
      <w:r>
        <w:rPr>
          <w:b w:val="0"/>
          <w:sz w:val="20"/>
        </w:rPr>
        <w:t>In caso di malattia o infortunio, il Lavoratore dovrà darne immediata comunicazione e presentare idonea certificazione medica.</w:t>
      </w:r>
    </w:p>
    <w:p/>
    <w:p>
      <w:r>
        <w:rPr>
          <w:b/>
          <w:sz w:val="20"/>
        </w:rPr>
        <w:t>Articolo 10 – Risoluzione Anticipata</w:t>
      </w:r>
    </w:p>
    <w:p>
      <w:r>
        <w:rPr>
          <w:b w:val="0"/>
          <w:sz w:val="20"/>
        </w:rPr>
        <w:t>Il presente contratto può essere risolto anticipatamente per giusta causa o giustificato motivo, secondo quanto previsto dal Codice Civile e dalla normativa vigente.</w:t>
      </w:r>
    </w:p>
    <w:p/>
    <w:p>
      <w:r>
        <w:rPr>
          <w:b/>
          <w:sz w:val="20"/>
        </w:rPr>
        <w:t>Articolo 11 – Trattamento dei Dati Personali</w:t>
      </w:r>
    </w:p>
    <w:p>
      <w:r>
        <w:rPr>
          <w:b w:val="0"/>
          <w:sz w:val="20"/>
        </w:rPr>
        <w:t>Le parti si impegnano a rispettare la normativa vigente in materia di protezione dei dati personali (Regolamento UE 2016/679).</w:t>
      </w:r>
    </w:p>
    <w:p/>
    <w:p>
      <w:r>
        <w:rPr>
          <w:b/>
          <w:sz w:val="20"/>
        </w:rPr>
        <w:t>Articolo 12 – Foro Competente</w:t>
      </w:r>
    </w:p>
    <w:p>
      <w:r>
        <w:rPr>
          <w:b w:val="0"/>
          <w:sz w:val="20"/>
        </w:rPr>
        <w:t>Per ogni controversia derivante dall’interpretazione e/o esecuzione del presente contratto, è competente il Foro del luogo di lavoro.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LAVORATORE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https://esperto-contratti.com/contratto-di-lavoro-a-tempo-determinato-fac-simile/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contratto-di-lavoro-a-tempo-determinato-fac-simile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