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CONTRATTO DI LOCAZIONE CON PATTO DI FUTURA VENDITA</w:t>
      </w:r>
    </w:p>
    <w:p/>
    <w:p>
      <w:r>
        <w:rPr>
          <w:b/>
          <w:sz w:val="20"/>
        </w:rPr>
        <w:t>PREMESSE</w:t>
      </w:r>
    </w:p>
    <w:p>
      <w:r>
        <w:rPr>
          <w:b w:val="0"/>
          <w:sz w:val="20"/>
        </w:rPr>
        <w:t>Le parti convengono e stipulano quanto segue, con riferimento all'immobile oggetto di locazione e al patto di futura vendita, in conformità alle normative vigenti in Italia.</w:t>
      </w:r>
    </w:p>
    <w:p/>
    <w:p>
      <w:r>
        <w:rPr>
          <w:b/>
          <w:sz w:val="20"/>
        </w:rPr>
        <w:t>DATI DEL LOCATORE:</w:t>
      </w:r>
    </w:p>
    <w:p>
      <w:r>
        <w:rPr>
          <w:b w:val="0"/>
          <w:sz w:val="20"/>
        </w:rPr>
        <w:t>Nome e Cognome / Ragione Sociale : ________________________________________________</w:t>
      </w:r>
    </w:p>
    <w:p>
      <w:r>
        <w:rPr>
          <w:b w:val="0"/>
          <w:sz w:val="20"/>
        </w:rPr>
        <w:t>Codice Fiscale / Partita IVA : ____________________________________________________</w:t>
      </w:r>
    </w:p>
    <w:p>
      <w:r>
        <w:rPr>
          <w:b w:val="0"/>
          <w:sz w:val="20"/>
        </w:rPr>
        <w:t>Residenza / Sede Legale : _______________________________________________________</w:t>
      </w:r>
    </w:p>
    <w:p/>
    <w:p>
      <w:r>
        <w:rPr>
          <w:b/>
          <w:sz w:val="20"/>
        </w:rPr>
        <w:t>DATI DEL CONDUTTORE:</w:t>
      </w:r>
    </w:p>
    <w:p>
      <w:r>
        <w:rPr>
          <w:b w:val="0"/>
          <w:sz w:val="20"/>
        </w:rPr>
        <w:t>Nome e Cognome / Ragione Sociale : ________________________________________________</w:t>
      </w:r>
    </w:p>
    <w:p>
      <w:r>
        <w:rPr>
          <w:b w:val="0"/>
          <w:sz w:val="20"/>
        </w:rPr>
        <w:t>Codice Fiscale / Partita IVA : ____________________________________________________</w:t>
      </w:r>
    </w:p>
    <w:p>
      <w:r>
        <w:rPr>
          <w:b w:val="0"/>
          <w:sz w:val="20"/>
        </w:rPr>
        <w:t>Residenza / Sede Legale : _______________________________________________________</w:t>
      </w:r>
    </w:p>
    <w:p/>
    <w:p>
      <w:r>
        <w:rPr>
          <w:b/>
          <w:sz w:val="20"/>
        </w:rPr>
        <w:t>DESCRIZIONE DELL'IMMOBILE:</w:t>
      </w:r>
    </w:p>
    <w:p>
      <w:r>
        <w:rPr>
          <w:b w:val="0"/>
          <w:sz w:val="20"/>
        </w:rPr>
        <w:t>L'immobile oggetto del presente contratto è sito in _________________________________, identificato al Catasto Fabbricati con i seguenti dati: Sezione ______, Foglio ______, Particella ______, Subalterno ______.</w:t>
      </w:r>
    </w:p>
    <w:p/>
    <w:p>
      <w:r>
        <w:rPr>
          <w:b/>
          <w:sz w:val="20"/>
        </w:rPr>
        <w:t>Articolo 1 – Oggetto del Contratto</w:t>
      </w:r>
    </w:p>
    <w:p>
      <w:r>
        <w:rPr>
          <w:b w:val="0"/>
          <w:sz w:val="20"/>
        </w:rPr>
        <w:t>Il Locatore concede in locazione al Conduttore l'immobile sopra descritto, con patto di futura vendita, secondo le condizioni di seguito specificate.</w:t>
      </w:r>
    </w:p>
    <w:p/>
    <w:p>
      <w:r>
        <w:rPr>
          <w:b/>
          <w:sz w:val="20"/>
        </w:rPr>
        <w:t>Articolo 2 – Durata e Decorrenza</w:t>
      </w:r>
    </w:p>
    <w:p>
      <w:r>
        <w:rPr>
          <w:b w:val="0"/>
          <w:sz w:val="20"/>
        </w:rPr>
        <w:t>La locazione ha durata di __________ anni, con decorrenza dalla data di sottoscrizione del presente contratto. Al termine del periodo di locazione, il Conduttore avrà il diritto di acquistare l'immobile secondo le modalità previste dal patto di futura vendita.</w:t>
      </w:r>
    </w:p>
    <w:p/>
    <w:p>
      <w:r>
        <w:rPr>
          <w:b/>
          <w:sz w:val="20"/>
        </w:rPr>
        <w:t>Articolo 3 – Canone di Locazione</w:t>
      </w:r>
    </w:p>
    <w:p>
      <w:r>
        <w:rPr>
          <w:b w:val="0"/>
          <w:sz w:val="20"/>
        </w:rPr>
        <w:t>Il Conduttore si impegna a corrispondere al Locatore un canone mensile pari a € __________, pagabile entro il giorno ___ di ogni mese mediante bonifico bancario o altro mezzo concordato.</w:t>
      </w:r>
    </w:p>
    <w:p/>
    <w:p>
      <w:r>
        <w:rPr>
          <w:b/>
          <w:sz w:val="20"/>
        </w:rPr>
        <w:t>Articolo 4 – Patto di Futura Vendita</w:t>
      </w:r>
    </w:p>
    <w:p>
      <w:r>
        <w:rPr>
          <w:b w:val="0"/>
          <w:sz w:val="20"/>
        </w:rPr>
        <w:t>Le parti convengono che al termine della durata della locazione, il Conduttore potrà acquistare l'immobile alle seguenti condizioni:</w:t>
        <w:br/>
        <w:t>a) Prezzo di vendita concordato in € __________;</w:t>
        <w:br/>
        <w:t>b) Le somme versate a titolo di canone saranno imputate come anticipo sul prezzo di vendita;</w:t>
        <w:br/>
        <w:t>c) Il Conduttore dovrà manifestare la volontà di acquistare l'immobile entro e non oltre __________ mesi dalla scadenza del contratto di locazione;</w:t>
        <w:br/>
        <w:t>d) In caso di mancata manifestazione della volontà di acquisto, il patto di futura vendita si intenderà risolto senza alcun obbligo per le parti.</w:t>
      </w:r>
    </w:p>
    <w:p/>
    <w:p>
      <w:r>
        <w:rPr>
          <w:b/>
          <w:sz w:val="20"/>
        </w:rPr>
        <w:t>Articolo 5 – Manutenzione e Spese</w:t>
      </w:r>
    </w:p>
    <w:p>
      <w:r>
        <w:rPr>
          <w:b w:val="0"/>
          <w:sz w:val="20"/>
        </w:rPr>
        <w:t>Il Conduttore si impegna a mantenere l'immobile in buono stato e a sostenere le spese di manutenzione ordinaria. Le spese straordinarie saranno a carico del Locatore. Le spese condominiali saranno a carico del Conduttore salvo diverso accordo.</w:t>
      </w:r>
    </w:p>
    <w:p/>
    <w:p>
      <w:r>
        <w:rPr>
          <w:b/>
          <w:sz w:val="20"/>
        </w:rPr>
        <w:t>Articolo 6 – Divieto di Sublocazione e Cessione</w:t>
      </w:r>
    </w:p>
    <w:p>
      <w:r>
        <w:rPr>
          <w:b w:val="0"/>
          <w:sz w:val="20"/>
        </w:rPr>
        <w:t>Il Conduttore non potrà sublocare, cedere o trasferire a terzi, in tutto o in parte, i diritti derivanti dal presente contratto senza il preventivo consenso scritto del Locatore.</w:t>
      </w:r>
    </w:p>
    <w:p/>
    <w:p>
      <w:r>
        <w:rPr>
          <w:b/>
          <w:sz w:val="20"/>
        </w:rPr>
        <w:t>Articolo 7 – Recesso Anticipato</w:t>
      </w:r>
    </w:p>
    <w:p>
      <w:r>
        <w:rPr>
          <w:b w:val="0"/>
          <w:sz w:val="20"/>
        </w:rPr>
        <w:t>Ciascuna parte potrà recedere anticipatamente dal contratto con un preavviso scritto di almeno __________ mesi. In caso di recesso anticipato da parte del Conduttore, le somme versate a titolo di canone non saranno restituite né imputate al prezzo di vendita.</w:t>
      </w:r>
    </w:p>
    <w:p/>
    <w:p>
      <w:r>
        <w:rPr>
          <w:b/>
          <w:sz w:val="20"/>
        </w:rPr>
        <w:t>Articolo 8 – Risoluzione del Contratto</w:t>
      </w:r>
    </w:p>
    <w:p>
      <w:r>
        <w:rPr>
          <w:b w:val="0"/>
          <w:sz w:val="20"/>
        </w:rPr>
        <w:t>Il contratto si intende risolto di diritto in caso di inadempimento grave da parte del Conduttore, mancato pagamento del canone per oltre __________ giorni o violazione delle clausole contrattuali.</w:t>
      </w:r>
    </w:p>
    <w:p/>
    <w:p>
      <w:r>
        <w:rPr>
          <w:b/>
          <w:sz w:val="20"/>
        </w:rPr>
        <w:t>Articolo 9 – Foro Competente</w:t>
      </w:r>
    </w:p>
    <w:p>
      <w:r>
        <w:rPr>
          <w:b w:val="0"/>
          <w:sz w:val="20"/>
        </w:rPr>
        <w:t>Per qualsiasi controversia derivante dal presente contratto sarà competente in via esclusiva il Foro di ______________.</w:t>
      </w:r>
    </w:p>
    <w:p/>
    <w:p/>
    <w:p>
      <w:r>
        <w:rPr>
          <w:b w:val="0"/>
          <w:sz w:val="20"/>
        </w:rPr>
        <w:t>Luogo, Data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LOCATORE</w:t>
            </w:r>
          </w:p>
        </w:tc>
        <w:tc>
          <w:tcPr>
            <w:tcW w:type="dxa" w:w="4986"/>
            <w:tcBorders>
              <w:top w:val="nil"/>
              <w:left w:val="nil"/>
              <w:bottom w:val="nil"/>
              <w:right w:val="nil"/>
              <w:insideH w:val="nil"/>
              <w:insideV w:val="nil"/>
            </w:tcBorders>
          </w:tcPr>
          <w:p>
            <w:pPr>
              <w:jc w:val="center"/>
            </w:pPr>
            <w:r>
              <w:t>CONDUTTORE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https://esperto-contratti.com/contratto-di-locazione-con-patto-di-futura-vendita-fac-simile/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contratto-di-locazione-con-patto-di-futura-vendita-fac-simile/"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