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CONTRATTO DI COMODATO D'USO AD UN FAMILIARE</w:t>
      </w:r>
    </w:p>
    <w:p/>
    <w:p>
      <w:r>
        <w:rPr>
          <w:b/>
          <w:sz w:val="20"/>
        </w:rPr>
        <w:t>TRA</w:t>
      </w:r>
    </w:p>
    <w:p>
      <w:r>
        <w:rPr>
          <w:b w:val="0"/>
          <w:sz w:val="20"/>
        </w:rPr>
        <w:t>Il Sig./La Sig.ra: __________________________________________________________</w:t>
      </w:r>
    </w:p>
    <w:p>
      <w:r>
        <w:rPr>
          <w:b w:val="0"/>
          <w:sz w:val="20"/>
        </w:rPr>
        <w:t>Nato/a a: ____________________________ il: _________________________________</w:t>
      </w:r>
    </w:p>
    <w:p>
      <w:r>
        <w:rPr>
          <w:b w:val="0"/>
          <w:sz w:val="20"/>
        </w:rPr>
        <w:t>Codice Fiscale: _____________________________________________________________</w:t>
      </w:r>
    </w:p>
    <w:p>
      <w:r>
        <w:rPr>
          <w:b w:val="0"/>
          <w:sz w:val="20"/>
        </w:rPr>
        <w:t>Residente in: _______________________________________________________________</w:t>
      </w:r>
    </w:p>
    <w:p>
      <w:r>
        <w:rPr>
          <w:b/>
          <w:sz w:val="20"/>
        </w:rPr>
        <w:t>di seguito denominato/a 'Comodante'</w:t>
      </w:r>
    </w:p>
    <w:p/>
    <w:p>
      <w:r>
        <w:rPr>
          <w:b/>
          <w:sz w:val="20"/>
        </w:rPr>
        <w:t>E</w:t>
      </w:r>
    </w:p>
    <w:p>
      <w:r>
        <w:rPr>
          <w:b w:val="0"/>
          <w:sz w:val="20"/>
        </w:rPr>
        <w:t>Il Sig./La Sig.ra: __________________________________________________________</w:t>
      </w:r>
    </w:p>
    <w:p>
      <w:r>
        <w:rPr>
          <w:b w:val="0"/>
          <w:sz w:val="20"/>
        </w:rPr>
        <w:t>Nato/a a: ____________________________ il: _________________________________</w:t>
      </w:r>
    </w:p>
    <w:p>
      <w:r>
        <w:rPr>
          <w:b w:val="0"/>
          <w:sz w:val="20"/>
        </w:rPr>
        <w:t>Codice Fiscale: _____________________________________________________________</w:t>
      </w:r>
    </w:p>
    <w:p>
      <w:r>
        <w:rPr>
          <w:b w:val="0"/>
          <w:sz w:val="20"/>
        </w:rPr>
        <w:t>Residente in: _______________________________________________________________</w:t>
      </w:r>
    </w:p>
    <w:p>
      <w:r>
        <w:rPr>
          <w:b/>
          <w:sz w:val="20"/>
        </w:rPr>
        <w:t>di seguito denominato/a 'Comodatario'</w:t>
      </w:r>
    </w:p>
    <w:p/>
    <w:p>
      <w:r>
        <w:rPr>
          <w:b/>
          <w:sz w:val="20"/>
        </w:rPr>
        <w:t>PREMESSO</w:t>
      </w:r>
    </w:p>
    <w:p>
      <w:r>
        <w:rPr>
          <w:b w:val="0"/>
          <w:sz w:val="20"/>
        </w:rPr>
        <w:t>Che il Comodante è proprietario del bene descritto nel presente contratto;</w:t>
      </w:r>
    </w:p>
    <w:p>
      <w:r>
        <w:rPr>
          <w:b w:val="0"/>
          <w:sz w:val="20"/>
        </w:rPr>
        <w:t>Che il Comodatario è un familiare del Comodante e necessita dell'uso gratuito del bene;</w:t>
      </w:r>
    </w:p>
    <w:p>
      <w:r>
        <w:rPr>
          <w:b w:val="0"/>
          <w:sz w:val="20"/>
        </w:rPr>
        <w:t>Che le parti intendono disciplinare i termini e le condizioni del comodato d'uso gratuito di seguito specificato.</w:t>
      </w:r>
    </w:p>
    <w:p/>
    <w:p>
      <w:r>
        <w:rPr>
          <w:b/>
          <w:sz w:val="20"/>
        </w:rPr>
        <w:t>ARTICOLO 1 – OGGETTO DEL CONTRATTO</w:t>
      </w:r>
    </w:p>
    <w:p>
      <w:r>
        <w:rPr>
          <w:b w:val="0"/>
          <w:sz w:val="20"/>
        </w:rPr>
        <w:t>Il Comodante concede in comodato d'uso gratuito al Comodatario il seguente bene: __________________________________________________________.</w:t>
      </w:r>
    </w:p>
    <w:p>
      <w:r>
        <w:rPr>
          <w:b w:val="0"/>
          <w:sz w:val="20"/>
        </w:rPr>
        <w:t>Il bene ceduto in comodato è descritto come segue: ____________________________________________________________.</w:t>
      </w:r>
    </w:p>
    <w:p/>
    <w:p>
      <w:r>
        <w:rPr>
          <w:b/>
          <w:sz w:val="20"/>
        </w:rPr>
        <w:t>ARTICOLO 2 – DURATA</w:t>
      </w:r>
    </w:p>
    <w:p>
      <w:r>
        <w:rPr>
          <w:b w:val="0"/>
          <w:sz w:val="20"/>
        </w:rPr>
        <w:t>Il presente contratto ha durata di anni ____ (____) a decorrere dalla data di sottoscrizione. Alla scadenza, il contratto si intende prorogato tacitamente di anno in anno salvo disdetta scritta di una delle parti da comunicarsi almeno 30 giorni prima della scadenza.</w:t>
      </w:r>
    </w:p>
    <w:p/>
    <w:p>
      <w:r>
        <w:rPr>
          <w:b/>
          <w:sz w:val="20"/>
        </w:rPr>
        <w:t>ARTICOLO 3 – USO DEL BENE</w:t>
      </w:r>
    </w:p>
    <w:p>
      <w:r>
        <w:rPr>
          <w:b w:val="0"/>
          <w:sz w:val="20"/>
        </w:rPr>
        <w:t>Il Comodatario si impegna ad utilizzare il bene esclusivamente per scopi personali e familiari, e a non cedere a terzi, né in tutto né in parte, il bene senza il consenso scritto del Comodante.</w:t>
      </w:r>
    </w:p>
    <w:p>
      <w:r>
        <w:rPr>
          <w:b w:val="0"/>
          <w:sz w:val="20"/>
        </w:rPr>
        <w:t>Il Comodatario si obbliga a mantenere il bene in buono stato e ad effettuare le normali manutenzioni ordinarie necessarie al corretto funzionamento.</w:t>
      </w:r>
    </w:p>
    <w:p/>
    <w:p>
      <w:r>
        <w:rPr>
          <w:b/>
          <w:sz w:val="20"/>
        </w:rPr>
        <w:t>ARTICOLO 4 – DIVIETO DI MODIFICHE</w:t>
      </w:r>
    </w:p>
    <w:p>
      <w:r>
        <w:rPr>
          <w:b w:val="0"/>
          <w:sz w:val="20"/>
        </w:rPr>
        <w:t>Il Comodatario non potrà apportare modifiche, alterazioni o trasformazioni sul bene senza previa autorizzazione scritta del Comodante.</w:t>
      </w:r>
    </w:p>
    <w:p/>
    <w:p>
      <w:r>
        <w:rPr>
          <w:b/>
          <w:sz w:val="20"/>
        </w:rPr>
        <w:t>ARTICOLO 5 – MANUTENZIONE E RIPARAZIONI</w:t>
      </w:r>
    </w:p>
    <w:p>
      <w:r>
        <w:rPr>
          <w:b w:val="0"/>
          <w:sz w:val="20"/>
        </w:rPr>
        <w:t>Le riparazioni ordinarie sono a carico del Comodatario. Le riparazioni straordinarie sono a carico del Comodante, salvo che siano necessarie per danni causati dal Comodatario o da terzi da lui dipendenti o autorizzati.</w:t>
      </w:r>
    </w:p>
    <w:p/>
    <w:p>
      <w:r>
        <w:rPr>
          <w:b/>
          <w:sz w:val="20"/>
        </w:rPr>
        <w:t>ARTICOLO 6 – RESTITUZIONE</w:t>
      </w:r>
    </w:p>
    <w:p>
      <w:r>
        <w:rPr>
          <w:b w:val="0"/>
          <w:sz w:val="20"/>
        </w:rPr>
        <w:t>Alla scadenza del contratto o in caso di risoluzione anticipata, il Comodatario si impegna a restituire il bene nello stato in cui lo ha ricevuto, salvo il normale deterioramento derivante dall’uso conforme al contratto.</w:t>
      </w:r>
    </w:p>
    <w:p/>
    <w:p>
      <w:r>
        <w:rPr>
          <w:b/>
          <w:sz w:val="20"/>
        </w:rPr>
        <w:t>ARTICOLO 7 – RESPONSABILITÀ</w:t>
      </w:r>
    </w:p>
    <w:p>
      <w:r>
        <w:rPr>
          <w:b w:val="0"/>
          <w:sz w:val="20"/>
        </w:rPr>
        <w:t>Il Comodatario è responsabile di ogni danno al bene derivante da negligenza, cattivo uso o inosservanza delle norme contrattuali.</w:t>
      </w:r>
    </w:p>
    <w:p>
      <w:r>
        <w:rPr>
          <w:b w:val="0"/>
          <w:sz w:val="20"/>
        </w:rPr>
        <w:t>Il Comodante non risponde di eventuali danni a persone o cose derivanti dall’uso del bene da parte del Comodatario.</w:t>
      </w:r>
    </w:p>
    <w:p/>
    <w:p>
      <w:r>
        <w:rPr>
          <w:b/>
          <w:sz w:val="20"/>
        </w:rPr>
        <w:t>ARTICOLO 8 – DIVIETO DI SUBCOMODATO</w:t>
      </w:r>
    </w:p>
    <w:p>
      <w:r>
        <w:rPr>
          <w:b w:val="0"/>
          <w:sz w:val="20"/>
        </w:rPr>
        <w:t>È espressamente vietato al Comodatario concedere in uso a terzi il bene oggetto del presente comodato.</w:t>
      </w:r>
    </w:p>
    <w:p/>
    <w:p>
      <w:r>
        <w:rPr>
          <w:b/>
          <w:sz w:val="20"/>
        </w:rPr>
        <w:t>ARTICOLO 9 – RISOLUZIONE ANTICIPATA</w:t>
      </w:r>
    </w:p>
    <w:p>
      <w:r>
        <w:rPr>
          <w:b w:val="0"/>
          <w:sz w:val="20"/>
        </w:rPr>
        <w:t>Il Comodante può richiedere la restituzione immediata del bene in caso di violazione da parte del Comodatario delle obbligazioni contrattuali o di uso non conforme.</w:t>
      </w:r>
    </w:p>
    <w:p/>
    <w:p>
      <w:r>
        <w:rPr>
          <w:b/>
          <w:sz w:val="20"/>
        </w:rPr>
        <w:t>ARTICOLO 10 – FORO COMPETENTE</w:t>
      </w:r>
    </w:p>
    <w:p>
      <w:r>
        <w:rPr>
          <w:b w:val="0"/>
          <w:sz w:val="20"/>
        </w:rPr>
        <w:t>Per qualsiasi controversia relativa all’interpretazione, esecuzione o risoluzione del presente contratto è competente il Foro di _______________.</w:t>
      </w:r>
    </w:p>
    <w:p/>
    <w:p/>
    <w:p>
      <w:r>
        <w:rPr>
          <w:b/>
          <w:sz w:val="20"/>
        </w:rPr>
        <w:t>Luogo : ___________________________________________________________</w:t>
      </w:r>
    </w:p>
    <w:p>
      <w:r>
        <w:rPr>
          <w:b w:val="0"/>
          <w:sz w:val="20"/>
        </w:rPr>
        <w:t>Firma del Comodante : ______________________________________________</w:t>
      </w:r>
    </w:p>
    <w:p>
      <w:r>
        <w:rPr>
          <w:b w:val="0"/>
          <w:sz w:val="20"/>
        </w:rPr>
        <w:t>Firma del Comodatario : 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COMODANTE</w:t>
            </w:r>
          </w:p>
        </w:tc>
        <w:tc>
          <w:tcPr>
            <w:tcW w:type="dxa" w:w="4986"/>
            <w:tcBorders>
              <w:top w:val="nil"/>
              <w:left w:val="nil"/>
              <w:bottom w:val="nil"/>
              <w:right w:val="nil"/>
              <w:insideH w:val="nil"/>
              <w:insideV w:val="nil"/>
            </w:tcBorders>
          </w:tcPr>
          <w:p>
            <w:pPr>
              <w:jc w:val="center"/>
            </w:pPr>
            <w:r>
              <w:t>COMODATARIO</w:t>
            </w:r>
          </w:p>
        </w:tc>
      </w:tr>
      <w:tr>
        <w:tc>
          <w:tcPr>
            <w:tcW w:type="dxa" w:w="4986"/>
            <w:tcBorders>
              <w:top w:val="nil"/>
              <w:left w:val="nil"/>
              <w:bottom w:val="nil"/>
              <w:right w:val="nil"/>
              <w:insideH w:val="nil"/>
              <w:insideV w:val="nil"/>
            </w:tcBorders>
          </w:tcPr>
          <w:p>
            <w:pPr>
              <w:jc w:val="center"/>
            </w:pPr>
            <w:r>
              <w:br/>
              <w:br/>
              <w:t>Firma : _________________________</w:t>
            </w:r>
          </w:p>
        </w:tc>
        <w:tc>
          <w:tcPr>
            <w:tcW w:type="dxa" w:w="4986"/>
            <w:tcBorders>
              <w:top w:val="nil"/>
              <w:left w:val="nil"/>
              <w:bottom w:val="nil"/>
              <w:right w:val="nil"/>
              <w:insideH w:val="nil"/>
              <w:insideV w:val="nil"/>
            </w:tcBorders>
          </w:tcPr>
          <w:p>
            <w:pPr>
              <w:jc w:val="center"/>
            </w:pPr>
            <w:r>
              <w:br/>
              <w:br/>
              <w:t>Firma : _________________________</w:t>
            </w:r>
          </w:p>
        </w:tc>
      </w:tr>
      <w:tr>
        <w:tc>
          <w:tcPr>
            <w:tcW w:type="dxa" w:w="4986"/>
            <w:tcBorders>
              <w:top w:val="nil"/>
              <w:left w:val="nil"/>
              <w:bottom w:val="nil"/>
              <w:right w:val="nil"/>
              <w:insideH w:val="nil"/>
              <w:insideV w:val="nil"/>
            </w:tcBorders>
          </w:tcPr>
          <w:p>
            <w:pPr>
              <w:jc w:val="center"/>
            </w:pPr>
            <w:r>
              <w:t>Nome : ________________________________</w:t>
            </w:r>
          </w:p>
        </w:tc>
        <w:tc>
          <w:tcPr>
            <w:tcW w:type="dxa" w:w="4986"/>
            <w:tcBorders>
              <w:top w:val="nil"/>
              <w:left w:val="nil"/>
              <w:bottom w:val="nil"/>
              <w:right w:val="nil"/>
              <w:insideH w:val="nil"/>
              <w:insideV w:val="nil"/>
            </w:tcBorders>
          </w:tcPr>
          <w:p>
            <w:pPr>
              <w:jc w:val="center"/>
            </w:pPr>
            <w:r>
              <w:t>Nome : ________________________________</w:t>
            </w:r>
          </w:p>
        </w:tc>
      </w:tr>
    </w:tbl>
    <w:p>
      <w:r>
        <w:br w:type="page"/>
      </w:r>
    </w:p>
    <w:p>
      <w:pPr>
        <w:jc w:val="center"/>
      </w:pPr>
      <w:r>
        <w:rPr>
          <w:color w:val="555555"/>
          <w:sz w:val="24"/>
        </w:rPr>
        <w:t>Fonte originale di questo documento:</w:t>
      </w:r>
    </w:p>
    <w:p>
      <w:pPr>
        <w:jc w:val="center"/>
      </w:pPr>
      <w:hyperlink r:id="rId9">
        <w:r>
          <w:rPr>
            <w:color w:val="0000FF"/>
            <w:u w:val="single"/>
          </w:rPr>
          <w:t>https://esperto-contratti.com/contratto-in-comodato-d-uso-ad-un-familiare/</w:t>
        </w:r>
      </w:hyperlink>
    </w:p>
    <w:p>
      <w:pPr>
        <w:jc w:val="center"/>
      </w:pPr>
      <w:r>
        <w:rPr>
          <w:color w:val="555555"/>
          <w:sz w:val="26"/>
        </w:rPr>
        <w:t>Questo modello ti è stato utile?</w:t>
      </w:r>
    </w:p>
    <w:p>
      <w:pPr>
        <w:jc w:val="center"/>
      </w:pPr>
      <w:r>
        <w:rPr>
          <w:color w:val="555555"/>
          <w:sz w:val="26"/>
        </w:rPr>
        <w:t>Trova altri modelli aggiornati su:</w:t>
      </w:r>
    </w:p>
    <w:p>
      <w:pPr>
        <w:jc w:val="center"/>
      </w:pPr>
      <w:hyperlink r:id="rId10">
        <w:r>
          <w:rPr>
            <w:color w:val="0000FF"/>
            <w:u w:val="single"/>
          </w:rPr>
          <w:t>https://esperto-contratti.com</w:t>
        </w:r>
      </w:hyperlink>
    </w:p>
    <w:p>
      <w:pPr>
        <w:jc w:val="center"/>
      </w:pPr>
      <w:r>
        <w:rPr>
          <w:color w:val="808080"/>
          <w:sz w:val="20"/>
        </w:rPr>
        <w:t>Questo modello è destinato esclusivamente a un uso personale e non commerciale.</w:t>
        <w:br/>
        <w:t>Qualsiasi diffusione o pubblicazione deve citare obbligatoriamente la fonte. © esperto-contratti.com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sperto-contratti.com/contratto-in-comodato-d-uso-ad-un-familiare/" TargetMode="External"/><Relationship Id="rId10" Type="http://schemas.openxmlformats.org/officeDocument/2006/relationships/hyperlink" Target="https://esperto-contratt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