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CONTRATTO DI CESSIONE DIRITTI DI IMMAGINE</w:t>
      </w:r>
    </w:p>
    <w:p/>
    <w:p>
      <w:r>
        <w:rPr>
          <w:b/>
          <w:sz w:val="20"/>
        </w:rPr>
        <w:t>Tra:</w:t>
      </w:r>
    </w:p>
    <w:p>
      <w:r>
        <w:rPr>
          <w:b w:val="0"/>
          <w:sz w:val="20"/>
        </w:rPr>
        <w:t>Il Sig./La Sig.ra: ___________________________________________________________</w:t>
      </w:r>
    </w:p>
    <w:p>
      <w:r>
        <w:rPr>
          <w:b w:val="0"/>
          <w:sz w:val="20"/>
        </w:rPr>
        <w:t>Nato/a a: _________________________ il: ________________</w:t>
      </w:r>
    </w:p>
    <w:p>
      <w:r>
        <w:rPr>
          <w:b w:val="0"/>
          <w:sz w:val="20"/>
        </w:rPr>
        <w:t>Codice Fiscale: _______________________________________________________________</w:t>
      </w:r>
    </w:p>
    <w:p>
      <w:r>
        <w:rPr>
          <w:b w:val="0"/>
          <w:sz w:val="20"/>
        </w:rPr>
        <w:t>Residente in: _________________________________________________________________</w:t>
      </w:r>
    </w:p>
    <w:p/>
    <w:p>
      <w:r>
        <w:rPr>
          <w:b w:val="0"/>
          <w:sz w:val="20"/>
        </w:rPr>
        <w:t>di seguito denominato/a "Cedente";</w:t>
      </w:r>
    </w:p>
    <w:p/>
    <w:p>
      <w:r>
        <w:rPr>
          <w:b/>
          <w:sz w:val="20"/>
        </w:rPr>
        <w:t>E:</w:t>
      </w:r>
    </w:p>
    <w:p>
      <w:r>
        <w:rPr>
          <w:b w:val="0"/>
          <w:sz w:val="20"/>
        </w:rPr>
        <w:t>La Società/Ente: ______________________________________________________________</w:t>
      </w:r>
    </w:p>
    <w:p>
      <w:r>
        <w:rPr>
          <w:b w:val="0"/>
          <w:sz w:val="20"/>
        </w:rPr>
        <w:t>Con sede legale in: ___________________________________________________________</w:t>
      </w:r>
    </w:p>
    <w:p>
      <w:r>
        <w:rPr>
          <w:b w:val="0"/>
          <w:sz w:val="20"/>
        </w:rPr>
        <w:t>Partita IVA/Codice Fiscale: ___________________________________________________</w:t>
      </w:r>
    </w:p>
    <w:p>
      <w:r>
        <w:rPr>
          <w:b w:val="0"/>
          <w:sz w:val="20"/>
        </w:rPr>
        <w:t>Rappresentata da: _____________________________________________________________</w:t>
      </w:r>
    </w:p>
    <w:p>
      <w:r>
        <w:rPr>
          <w:b w:val="0"/>
          <w:sz w:val="20"/>
        </w:rPr>
        <w:t>In qualità di: ________________________________________________________________</w:t>
      </w:r>
    </w:p>
    <w:p/>
    <w:p>
      <w:r>
        <w:rPr>
          <w:b w:val="0"/>
          <w:sz w:val="20"/>
        </w:rPr>
        <w:t>di seguito denominato/a "Cessionario";</w:t>
      </w:r>
    </w:p>
    <w:p/>
    <w:p/>
    <w:p>
      <w:pPr>
        <w:jc w:val="center"/>
      </w:pPr>
      <w:r>
        <w:rPr>
          <w:b/>
          <w:sz w:val="20"/>
        </w:rPr>
        <w:t>PREMESSE</w:t>
      </w:r>
    </w:p>
    <w:p>
      <w:r>
        <w:rPr>
          <w:b w:val="0"/>
          <w:sz w:val="20"/>
        </w:rPr>
        <w:t>Il Cedente è titolare dei diritti di immagine relativi alla propria persona,</w:t>
      </w:r>
    </w:p>
    <w:p>
      <w:r>
        <w:rPr>
          <w:b w:val="0"/>
          <w:sz w:val="20"/>
        </w:rPr>
        <w:t>e intende cedere tali diritti al Cessionario, che intende utilizzarli per scopi leciti e concordati.</w:t>
      </w:r>
    </w:p>
    <w:p/>
    <w:p/>
    <w:p>
      <w:r>
        <w:rPr>
          <w:b/>
          <w:sz w:val="20"/>
        </w:rPr>
        <w:t>Articolo 1 – Oggetto della Cessione</w:t>
      </w:r>
    </w:p>
    <w:p>
      <w:r>
        <w:rPr>
          <w:b w:val="0"/>
          <w:sz w:val="20"/>
        </w:rPr>
        <w:t>Il Cedente cede al Cessionario, che accetta, tutti i diritti di utilizzazione economica dell'immagine del Cedente,</w:t>
      </w:r>
    </w:p>
    <w:p>
      <w:r>
        <w:rPr>
          <w:b w:val="0"/>
          <w:sz w:val="20"/>
        </w:rPr>
        <w:t>in tutte le forme e modalità consentite dalla legge, comprese ma non limitate a riprese fotografiche,</w:t>
      </w:r>
    </w:p>
    <w:p>
      <w:r>
        <w:rPr>
          <w:b w:val="0"/>
          <w:sz w:val="20"/>
        </w:rPr>
        <w:t>videografiche, trasmissioni, pubblicazioni, diffusione su qualsiasi mezzo e supporto, attuale o futuro.</w:t>
      </w:r>
    </w:p>
    <w:p/>
    <w:p>
      <w:r>
        <w:rPr>
          <w:b/>
          <w:sz w:val="20"/>
        </w:rPr>
        <w:t>Articolo 2 – Ambito Territoriale e Durata</w:t>
      </w:r>
    </w:p>
    <w:p>
      <w:r>
        <w:rPr>
          <w:b w:val="0"/>
          <w:sz w:val="20"/>
        </w:rPr>
        <w:t>La cessione dei diritti ha validità su tutto il territorio nazionale e internazionale,</w:t>
      </w:r>
    </w:p>
    <w:p>
      <w:r>
        <w:rPr>
          <w:b w:val="0"/>
          <w:sz w:val="20"/>
        </w:rPr>
        <w:t>e per tutta la durata di tutela prevista dalla legge sui diritti d'autore e connessi.</w:t>
      </w:r>
    </w:p>
    <w:p/>
    <w:p>
      <w:r>
        <w:rPr>
          <w:b/>
          <w:sz w:val="20"/>
        </w:rPr>
        <w:t>Articolo 3 – Utilizzo dell’Immagine</w:t>
      </w:r>
    </w:p>
    <w:p>
      <w:r>
        <w:rPr>
          <w:b w:val="0"/>
          <w:sz w:val="20"/>
        </w:rPr>
        <w:t>Il Cessionario potrà utilizzare l'immagine del Cedente esclusivamente per le finalità concordate e autorizzate,</w:t>
      </w:r>
    </w:p>
    <w:p>
      <w:r>
        <w:rPr>
          <w:b w:val="0"/>
          <w:sz w:val="20"/>
        </w:rPr>
        <w:t>senza arrecare pregiudizio all'onore, alla reputazione e alla dignità del Cedente.</w:t>
      </w:r>
    </w:p>
    <w:p/>
    <w:p>
      <w:r>
        <w:rPr>
          <w:b/>
          <w:sz w:val="20"/>
        </w:rPr>
        <w:t>Articolo 4 – Compenso</w:t>
      </w:r>
    </w:p>
    <w:p>
      <w:r>
        <w:rPr>
          <w:b w:val="0"/>
          <w:sz w:val="20"/>
        </w:rPr>
        <w:t>Il Cedente dichiara di aver ricevuto dal Cessionario un compenso unico e definitivo per la cessione dei diritti,</w:t>
      </w:r>
    </w:p>
    <w:p>
      <w:r>
        <w:rPr>
          <w:b w:val="0"/>
          <w:sz w:val="20"/>
        </w:rPr>
        <w:t>il cui ammontare è concordato tra le parti e qui si intende confermato.</w:t>
      </w:r>
    </w:p>
    <w:p/>
    <w:p>
      <w:r>
        <w:rPr>
          <w:b/>
          <w:sz w:val="20"/>
        </w:rPr>
        <w:t>Articolo 5 – Garanzie del Cedente</w:t>
      </w:r>
    </w:p>
    <w:p>
      <w:r>
        <w:rPr>
          <w:b w:val="0"/>
          <w:sz w:val="20"/>
        </w:rPr>
        <w:t>Il Cedente garantisce di essere titolare esclusivo dei diritti di immagine ceduti,</w:t>
      </w:r>
    </w:p>
    <w:p>
      <w:r>
        <w:rPr>
          <w:b w:val="0"/>
          <w:sz w:val="20"/>
        </w:rPr>
        <w:t>e che tali diritti non sono gravati da vincoli o diritti di terzi.</w:t>
      </w:r>
    </w:p>
    <w:p/>
    <w:p>
      <w:r>
        <w:rPr>
          <w:b/>
          <w:sz w:val="20"/>
        </w:rPr>
        <w:t>Articolo 6 – Responsabilità</w:t>
      </w:r>
    </w:p>
    <w:p>
      <w:r>
        <w:rPr>
          <w:b w:val="0"/>
          <w:sz w:val="20"/>
        </w:rPr>
        <w:t>Il Cessionario si impegna a rispettare le condizioni di utilizzo dell'immagine,</w:t>
      </w:r>
    </w:p>
    <w:p>
      <w:r>
        <w:rPr>
          <w:b w:val="0"/>
          <w:sz w:val="20"/>
        </w:rPr>
        <w:t>manlevando il Cedente da qualsiasi responsabilità derivante da un uso improprio o illecito.</w:t>
      </w:r>
    </w:p>
    <w:p/>
    <w:p>
      <w:r>
        <w:rPr>
          <w:b/>
          <w:sz w:val="20"/>
        </w:rPr>
        <w:t>Articolo 7 – Riservatezza</w:t>
      </w:r>
    </w:p>
    <w:p>
      <w:r>
        <w:rPr>
          <w:b w:val="0"/>
          <w:sz w:val="20"/>
        </w:rPr>
        <w:t>Le parti si impegnano a mantenere riservate tutte le informazioni e i dati personali acquisiti in relazione al presente contratto.</w:t>
      </w:r>
    </w:p>
    <w:p/>
    <w:p>
      <w:r>
        <w:rPr>
          <w:b/>
          <w:sz w:val="20"/>
        </w:rPr>
        <w:t>Articolo 8 – Recesso</w:t>
      </w:r>
    </w:p>
    <w:p>
      <w:r>
        <w:rPr>
          <w:b w:val="0"/>
          <w:sz w:val="20"/>
        </w:rPr>
        <w:t>Eventuali forme di recesso o risoluzione anticipata del presente contratto dovranno essere concordate per iscritto tra le parti.</w:t>
      </w:r>
    </w:p>
    <w:p/>
    <w:p>
      <w:r>
        <w:rPr>
          <w:b/>
          <w:sz w:val="20"/>
        </w:rPr>
        <w:t>Articolo 9 – Foro Competente</w:t>
      </w:r>
    </w:p>
    <w:p>
      <w:r>
        <w:rPr>
          <w:b w:val="0"/>
          <w:sz w:val="20"/>
        </w:rPr>
        <w:t>Per ogni controversia derivante dal presente contratto sarà competente in via esclusiva il Foro di _____________.</w:t>
      </w:r>
    </w:p>
    <w:p/>
    <w:p/>
    <w:p>
      <w:r>
        <w:rPr>
          <w:b w:val="0"/>
          <w:sz w:val="20"/>
        </w:rPr>
        <w:t>Luogo : 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CESSIONARIO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https://esperto-contratti.com/fac-simile-contratto-cessione-diritti-di-immagine/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fac-simile-contratto-cessione-diritti-di-immagin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