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APPALTO</w:t>
      </w:r>
    </w:p>
    <w:p/>
    <w:p>
      <w:r>
        <w:rPr>
          <w:b w:val="0"/>
          <w:sz w:val="20"/>
        </w:rPr>
        <w:t>Luogo : ____________________________    Data : ____________________________</w:t>
      </w:r>
    </w:p>
    <w:p/>
    <w:p>
      <w:r>
        <w:rPr>
          <w:b/>
          <w:sz w:val="20"/>
        </w:rPr>
        <w:t>Dati del Committente :</w:t>
      </w:r>
    </w:p>
    <w:p>
      <w:r>
        <w:rPr>
          <w:b w:val="0"/>
          <w:sz w:val="20"/>
        </w:rPr>
        <w:t>Ragione Sociale / Nome e Cognome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________________________________________________________</w:t>
      </w:r>
    </w:p>
    <w:p/>
    <w:p>
      <w:r>
        <w:rPr>
          <w:b/>
          <w:sz w:val="20"/>
        </w:rPr>
        <w:t>Dati dell'Appaltatore :</w:t>
      </w:r>
    </w:p>
    <w:p>
      <w:r>
        <w:rPr>
          <w:b w:val="0"/>
          <w:sz w:val="20"/>
        </w:rPr>
        <w:t>Ragione Sociale / Nome e Cognome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________________________________________________________</w:t>
      </w:r>
    </w:p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Committente intende affidare all'Appaltatore, che accetta, l'esecuzione delle prestazioni e dei lavori come meglio descritti nel presente contratto, nel rispetto delle normative vigenti in materia.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presente contratto ha per oggetto l'esecuzione da parte dell'Appaltatore delle seguenti prestazioni e lavori: __________________________________________________________________________________________.</w:t>
      </w:r>
    </w:p>
    <w:p/>
    <w:p>
      <w:r>
        <w:rPr>
          <w:b/>
          <w:sz w:val="20"/>
        </w:rPr>
        <w:t>Articolo 2 – Durata e Termine di Esecuzione</w:t>
      </w:r>
    </w:p>
    <w:p>
      <w:r>
        <w:rPr>
          <w:b w:val="0"/>
          <w:sz w:val="20"/>
        </w:rPr>
        <w:t>L'Appaltatore si impegna a eseguire le prestazioni entro il termine di ____________ giorni/mesi dalla data di inizio lavori, che sarà comunicata dal Committente. Eventuali proroghe devono essere concordate per iscritto.</w:t>
      </w:r>
    </w:p>
    <w:p/>
    <w:p>
      <w:r>
        <w:rPr>
          <w:b/>
          <w:sz w:val="20"/>
        </w:rPr>
        <w:t>Articolo 3 – Corrispettivo e Modalità di Pagamento</w:t>
      </w:r>
    </w:p>
    <w:p>
      <w:r>
        <w:rPr>
          <w:b w:val="0"/>
          <w:sz w:val="20"/>
        </w:rPr>
        <w:t>Il corrispettivo complessivo dovuto dal Committente all'Appaltatore è di € ____________ (euro ________________), IVA esclusa/inclusa come per legge. Il pagamento avverrà secondo le seguenti modalità: __________________________________________________________________________________________.</w:t>
      </w:r>
    </w:p>
    <w:p/>
    <w:p>
      <w:r>
        <w:rPr>
          <w:b/>
          <w:sz w:val="20"/>
        </w:rPr>
        <w:t>Articolo 4 – Obblighi dell'Appaltatore</w:t>
      </w:r>
    </w:p>
    <w:p>
      <w:r>
        <w:rPr>
          <w:b w:val="0"/>
          <w:sz w:val="20"/>
        </w:rPr>
        <w:t>L'Appaltatore si impegna a: a) eseguire le prestazioni con diligenza, professionalità e nel rispetto delle normative vigenti; b) utilizzare materiali e attrezzature conformi agli standard di legge; c) rispettare le disposizioni in materia di sicurezza sul lavoro; d) garantire la copertura assicurativa per eventuali danni a persone o cose.</w:t>
      </w:r>
    </w:p>
    <w:p/>
    <w:p>
      <w:r>
        <w:rPr>
          <w:b/>
          <w:sz w:val="20"/>
        </w:rPr>
        <w:t>Articolo 5 – Obblighi del Committente</w:t>
      </w:r>
    </w:p>
    <w:p>
      <w:r>
        <w:rPr>
          <w:b w:val="0"/>
          <w:sz w:val="20"/>
        </w:rPr>
        <w:t>Il Committente si impegna a: a) fornire tutte le informazioni e i documenti necessari per l'esecuzione dei lavori; b) corrispondere il pagamento nei termini stabiliti; c) garantire l'accesso al luogo di esecuzione dei lavori.</w:t>
      </w:r>
    </w:p>
    <w:p/>
    <w:p>
      <w:r>
        <w:rPr>
          <w:b/>
          <w:sz w:val="20"/>
        </w:rPr>
        <w:t>Articolo 6 – Varianti e Modifiche</w:t>
      </w:r>
    </w:p>
    <w:p>
      <w:r>
        <w:rPr>
          <w:b w:val="0"/>
          <w:sz w:val="20"/>
        </w:rPr>
        <w:t>Eventuali varianti o modifiche al presente contratto dovranno essere concordate per iscritto tra le parti e potranno comportare adeguamenti del corrispettivo e dei termini di esecuzione.</w:t>
      </w:r>
    </w:p>
    <w:p/>
    <w:p>
      <w:r>
        <w:rPr>
          <w:b/>
          <w:sz w:val="20"/>
        </w:rPr>
        <w:t>Articolo 7 – Responsabilità e Garanzie</w:t>
      </w:r>
    </w:p>
    <w:p>
      <w:r>
        <w:rPr>
          <w:b w:val="0"/>
          <w:sz w:val="20"/>
        </w:rPr>
        <w:t>L'Appaltatore è responsabile dell'esecuzione delle prestazioni e garantisce la qualità dei lavori per un periodo di ______ mesi dalla data di ultimazione. Eventuali difetti dovranno essere tempestivamente segnalati e riparati a cura e spese dell'Appaltatore.</w:t>
      </w:r>
    </w:p>
    <w:p/>
    <w:p>
      <w:r>
        <w:rPr>
          <w:b/>
          <w:sz w:val="20"/>
        </w:rPr>
        <w:t>Articolo 8 – Risoluzione del Contratto</w:t>
      </w:r>
    </w:p>
    <w:p>
      <w:r>
        <w:rPr>
          <w:b w:val="0"/>
          <w:sz w:val="20"/>
        </w:rPr>
        <w:t>Il presente contratto può essere risolto da entrambe le parti in caso di inadempimento grave, previa comunicazione scritta. La risoluzione non pregiudica il diritto al risarcimento dei danni eventualmente subiti.</w:t>
      </w:r>
    </w:p>
    <w:p/>
    <w:p>
      <w:r>
        <w:rPr>
          <w:b/>
          <w:sz w:val="20"/>
        </w:rPr>
        <w:t>Articolo 9 – Forza Maggiore</w:t>
      </w:r>
    </w:p>
    <w:p>
      <w:r>
        <w:rPr>
          <w:b w:val="0"/>
          <w:sz w:val="20"/>
        </w:rPr>
        <w:t>Le parti non saranno ritenute responsabili per il mancato adempimento a causa di eventi di forza maggiore, quali calamità naturali, scioperi, guerre o altre cause imprevedibili ed inevitabili.</w:t>
      </w:r>
    </w:p>
    <w:p/>
    <w:p>
      <w:r>
        <w:rPr>
          <w:b/>
          <w:sz w:val="20"/>
        </w:rPr>
        <w:t>Articolo 10 – Trattamento dei Dati Personali</w:t>
      </w:r>
    </w:p>
    <w:p>
      <w:r>
        <w:rPr>
          <w:b w:val="0"/>
          <w:sz w:val="20"/>
        </w:rPr>
        <w:t>Le parti si impegnano a rispettare la normativa vigente in materia di protezione dei dati personali (Regolamento UE 2016/679 – GDPR) con riferimento ai dati acquisiti in esecuzione del presente contratto.</w:t>
      </w:r>
    </w:p>
    <w:p/>
    <w:p>
      <w:r>
        <w:rPr>
          <w:b/>
          <w:sz w:val="20"/>
        </w:rPr>
        <w:t>Articolo 11 – Controversie e Foro Competente</w:t>
      </w:r>
    </w:p>
    <w:p>
      <w:r>
        <w:rPr>
          <w:b w:val="0"/>
          <w:sz w:val="20"/>
        </w:rPr>
        <w:t>Per qualsiasi controversia relativa all'interpretazione, esecuzione o risoluzione del presente contratto, le parti convengono che sarà competente in via esclusiva il Foro di ____________________.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APPALTATORE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https://esperto-contratti.com/fac-simile-contratto-di-appalto/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di-appalt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