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COMODATO D'USO SENZA SCADENZA</w:t>
      </w:r>
    </w:p>
    <w:p/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Il Sig./La Sig.ra ________________________________________________, nato/a a ____________________, il ____________________, residente in ________________________________, codice fiscale ________________________________, di seguito denominato "Comodante".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Il Sig./La Sig.ra ________________________________________________, nato/a a ____________________, il ____________________, residente in ________________________________, codice fiscale ________________________________, di seguito denominato "Comodatario".</w:t>
      </w:r>
    </w:p>
    <w:p/>
    <w:p/>
    <w:p>
      <w:r>
        <w:rPr>
          <w:b/>
          <w:sz w:val="20"/>
        </w:rPr>
        <w:t>PREMESSE</w:t>
      </w:r>
    </w:p>
    <w:p>
      <w:r>
        <w:rPr>
          <w:b w:val="0"/>
          <w:sz w:val="20"/>
        </w:rPr>
        <w:t>Il Comodante è proprietario del bene descritto nell’articolo 1 del presente contratto;</w:t>
      </w:r>
    </w:p>
    <w:p>
      <w:r>
        <w:rPr>
          <w:b w:val="0"/>
          <w:sz w:val="20"/>
        </w:rPr>
        <w:t>Il Comodante intende concedere in comodato d’uso gratuito detto bene al Comodatario;</w:t>
      </w:r>
    </w:p>
    <w:p>
      <w:r>
        <w:rPr>
          <w:b w:val="0"/>
          <w:sz w:val="20"/>
        </w:rPr>
        <w:t>Il Comodatario intende accettare il comodato alle condizioni stabilite nel presente contratto;</w:t>
      </w:r>
    </w:p>
    <w:p/>
    <w:p/>
    <w:p>
      <w:r>
        <w:rPr>
          <w:b/>
          <w:sz w:val="20"/>
        </w:rPr>
        <w:t>Articolo 1 – Descrizione del bene</w:t>
      </w:r>
    </w:p>
    <w:p>
      <w:r>
        <w:rPr>
          <w:b w:val="0"/>
          <w:sz w:val="20"/>
        </w:rPr>
        <w:t>Il Comodante concede in comodato d’uso gratuito al Comodatario il seguente bene:</w:t>
      </w:r>
    </w:p>
    <w:p>
      <w:r>
        <w:rPr>
          <w:b w:val="0"/>
          <w:sz w:val="20"/>
        </w:rPr>
        <w:t>- Descrizione dettagliata del bene: ________________________________________________</w:t>
      </w:r>
    </w:p>
    <w:p>
      <w:r>
        <w:rPr>
          <w:b w:val="0"/>
          <w:sz w:val="20"/>
        </w:rPr>
        <w:t>- Ubicazione del bene (se immobile): ________________________________________________</w:t>
      </w:r>
    </w:p>
    <w:p>
      <w:r>
        <w:rPr>
          <w:b w:val="0"/>
          <w:sz w:val="20"/>
        </w:rPr>
        <w:t>- Stato di conservazione e condizioni: ______________________________________________</w:t>
      </w:r>
    </w:p>
    <w:p/>
    <w:p>
      <w:r>
        <w:rPr>
          <w:b/>
          <w:sz w:val="20"/>
        </w:rPr>
        <w:t>Articolo 2 – Natura del contratto</w:t>
      </w:r>
    </w:p>
    <w:p>
      <w:r>
        <w:rPr>
          <w:b w:val="0"/>
          <w:sz w:val="20"/>
        </w:rPr>
        <w:t>Il presente contratto ha natura di comodato d’uso gratuito, ai sensi degli articoli 1803 e seguenti del Codice Civile italiano, senza alcuna scadenza temporale prefissata.</w:t>
      </w:r>
    </w:p>
    <w:p/>
    <w:p>
      <w:r>
        <w:rPr>
          <w:b/>
          <w:sz w:val="20"/>
        </w:rPr>
        <w:t>Articolo 3 – Durata e restituzione</w:t>
      </w:r>
    </w:p>
    <w:p>
      <w:r>
        <w:rPr>
          <w:b w:val="0"/>
          <w:sz w:val="20"/>
        </w:rPr>
        <w:t>Il Comodante può richiedere in qualsiasi momento la restituzione del bene con un preavviso congruo da comunicarsi per iscritto. Il Comodatario si impegna a restituire il bene nelle medesime condizioni in cui è stato ricevuto, fatta salva la normale usura derivante dall’uso conforme.</w:t>
      </w:r>
    </w:p>
    <w:p/>
    <w:p>
      <w:r>
        <w:rPr>
          <w:b/>
          <w:sz w:val="20"/>
        </w:rPr>
        <w:t>Articolo 4 – Uso del bene</w:t>
      </w:r>
    </w:p>
    <w:p>
      <w:r>
        <w:rPr>
          <w:b w:val="0"/>
          <w:sz w:val="20"/>
        </w:rPr>
        <w:t>Il Comodatario si impegna ad utilizzare il bene esclusivamente per le finalità consentite e a non cederlo a terzi né a modificarlo senza autorizzazione scritta del Comodante.</w:t>
      </w:r>
    </w:p>
    <w:p/>
    <w:p>
      <w:r>
        <w:rPr>
          <w:b/>
          <w:sz w:val="20"/>
        </w:rPr>
        <w:t>Articolo 5 – Manutenzione e spese</w:t>
      </w:r>
    </w:p>
    <w:p>
      <w:r>
        <w:rPr>
          <w:b w:val="0"/>
          <w:sz w:val="20"/>
        </w:rPr>
        <w:t>Il Comodatario si impegna a mantenere il bene in buono stato di conservazione e a sostenere le spese ordinarie di manutenzione. Eventuali spese straordinarie devono essere preventivamente autorizzate dal Comodante.</w:t>
      </w:r>
    </w:p>
    <w:p/>
    <w:p>
      <w:r>
        <w:rPr>
          <w:b/>
          <w:sz w:val="20"/>
        </w:rPr>
        <w:t>Articolo 6 – Responsabilità e danni</w:t>
      </w:r>
    </w:p>
    <w:p>
      <w:r>
        <w:rPr>
          <w:b w:val="0"/>
          <w:sz w:val="20"/>
        </w:rPr>
        <w:t>Il Comodatario è responsabile per qualsiasi danno causato al bene durante il periodo di comodato, salvo quelli derivanti da normale usura o cause di forza maggiore.</w:t>
      </w:r>
    </w:p>
    <w:p/>
    <w:p>
      <w:r>
        <w:rPr>
          <w:b/>
          <w:sz w:val="20"/>
        </w:rPr>
        <w:t>Articolo 7 – Divieto di subcomodato</w:t>
      </w:r>
    </w:p>
    <w:p>
      <w:r>
        <w:rPr>
          <w:b w:val="0"/>
          <w:sz w:val="20"/>
        </w:rPr>
        <w:t>È espressamente vietato al Comodatario concedere in subcomodato, locazione o altro titolo il bene oggetto del presente contratto senza previa autorizzazione scritta del Comodante.</w:t>
      </w:r>
    </w:p>
    <w:p/>
    <w:p>
      <w:r>
        <w:rPr>
          <w:b/>
          <w:sz w:val="20"/>
        </w:rPr>
        <w:t>Articolo 8 – Risoluzione del contratto</w:t>
      </w:r>
    </w:p>
    <w:p>
      <w:r>
        <w:rPr>
          <w:b w:val="0"/>
          <w:sz w:val="20"/>
        </w:rPr>
        <w:t>Il presente contratto si risolve di diritto in caso di grave inadempimento degli obblighi contrattuali da parte del Comodatario, previa comunicazione scritta del Comodante.</w:t>
      </w:r>
    </w:p>
    <w:p/>
    <w:p>
      <w:r>
        <w:rPr>
          <w:b/>
          <w:sz w:val="20"/>
        </w:rPr>
        <w:t>Articolo 9 – Foro competente</w:t>
      </w:r>
    </w:p>
    <w:p>
      <w:r>
        <w:rPr>
          <w:b w:val="0"/>
          <w:sz w:val="20"/>
        </w:rPr>
        <w:t>Per qualsiasi controversia relativa all’interpretazione, esecuzione o risoluzione del presente contratto, le parti eleggono quale foro competente esclusivo quello del luogo di residenza o domicilio del Comodante.</w:t>
      </w:r>
    </w:p>
    <w:p/>
    <w:p/>
    <w:p>
      <w:r>
        <w:rPr>
          <w:b w:val="0"/>
          <w:sz w:val="20"/>
        </w:rPr>
        <w:t>Luogo : _______________________________________________________________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COMODANTE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COMODATARIO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https://esperto-contratti.com/fac-simile-contratto-di-comodato-d-uso-senza-scadenza/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di-comodato-d-uso-senza-scadenza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