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FAC SIMILE CONTRATTO DI LOCAZIONE CAPANNONE</w:t>
      </w:r>
    </w:p>
    <w:p/>
    <w:p>
      <w:r>
        <w:rPr>
          <w:b w:val="0"/>
          <w:sz w:val="20"/>
        </w:rPr>
        <w:t>Luogo : ____________________________        Data : ____________________________</w:t>
      </w:r>
    </w:p>
    <w:p/>
    <w:p>
      <w:r>
        <w:rPr>
          <w:b/>
          <w:sz w:val="20"/>
        </w:rPr>
        <w:t>TRA</w:t>
      </w:r>
    </w:p>
    <w:p>
      <w:r>
        <w:rPr>
          <w:b w:val="0"/>
          <w:sz w:val="20"/>
        </w:rPr>
        <w:t>Il Sig./La Sig.ra ____________________________________________________, nato/a a ____________________, il ____________________, residente in ________________________________, codice fiscale ____________________________, di seguito denominato/a LOCATORE.</w:t>
      </w:r>
    </w:p>
    <w:p/>
    <w:p>
      <w:r>
        <w:rPr>
          <w:b/>
          <w:sz w:val="20"/>
        </w:rPr>
        <w:t>E</w:t>
      </w:r>
    </w:p>
    <w:p>
      <w:r>
        <w:rPr>
          <w:b w:val="0"/>
          <w:sz w:val="20"/>
        </w:rPr>
        <w:t>Il Sig./La Sig.ra ____________________________________________________, nato/a a ____________________, il ____________________, residente in ________________________________, codice fiscale ____________________________, di seguito denominato/a CONDUTTORE.</w:t>
      </w:r>
    </w:p>
    <w:p/>
    <w:p>
      <w:r>
        <w:rPr>
          <w:b/>
          <w:sz w:val="20"/>
        </w:rPr>
        <w:t>PREMESSO CHE</w:t>
      </w:r>
    </w:p>
    <w:p>
      <w:r>
        <w:rPr>
          <w:b w:val="0"/>
          <w:sz w:val="20"/>
        </w:rPr>
        <w:t>a) Il LOCATORE è proprietario dell'immobile sito in ____________________________________________________, censito al Catasto Fabbricati del Comune di ________________ al foglio ______ particella ______ subalterno ______, ad uso capannone industriale/artigianale;</w:t>
      </w:r>
    </w:p>
    <w:p>
      <w:r>
        <w:rPr>
          <w:b w:val="0"/>
          <w:sz w:val="20"/>
        </w:rPr>
        <w:t>b) Il CONDUTTORE è interessato alla locazione del suddetto immobile per uso esclusivamente industriale/artigianale;</w:t>
      </w:r>
    </w:p>
    <w:p>
      <w:r>
        <w:rPr>
          <w:b w:val="0"/>
          <w:sz w:val="20"/>
        </w:rPr>
        <w:t>c) Le parti intendono regolare i rapporti di locazione con il presente contratto secondo le clausole che seguono.</w:t>
      </w:r>
    </w:p>
    <w:p/>
    <w:p>
      <w:r>
        <w:rPr>
          <w:b/>
          <w:sz w:val="20"/>
        </w:rPr>
        <w:t>SI CONVIENE E SI STIPULA QUANTO SEGUE:</w:t>
      </w:r>
    </w:p>
    <w:p/>
    <w:p>
      <w:r>
        <w:rPr>
          <w:b/>
          <w:sz w:val="20"/>
        </w:rPr>
        <w:t>Articolo 1 – Oggetto della Locazione</w:t>
      </w:r>
    </w:p>
    <w:p>
      <w:r>
        <w:rPr>
          <w:b w:val="0"/>
          <w:sz w:val="20"/>
        </w:rPr>
        <w:t>Il LOCATORE concede in locazione al CONDUTTORE che accetta, il capannone sito in ____________________________________, così come descritto nelle premesse, comprensivo degli accessori e delle pertinenze indicate nel documento allegato, da destinarsi esclusivamente ad uso industriale/artigianale.</w:t>
      </w:r>
    </w:p>
    <w:p/>
    <w:p>
      <w:r>
        <w:rPr>
          <w:b/>
          <w:sz w:val="20"/>
        </w:rPr>
        <w:t>Articolo 2 – Durata della Locazione</w:t>
      </w:r>
    </w:p>
    <w:p>
      <w:r>
        <w:rPr>
          <w:b w:val="0"/>
          <w:sz w:val="20"/>
        </w:rPr>
        <w:t>La locazione ha durata di anni ____ (____), con decorrenza dal ______________ e scadenza il ______________. Alla scadenza il contratto si intenderà rinnovato tacitamente per uguale periodo, salvo disdetta da comunicarsi con lettera raccomandata A/R almeno 12 mesi prima della scadenza.</w:t>
      </w:r>
    </w:p>
    <w:p/>
    <w:p>
      <w:r>
        <w:rPr>
          <w:b/>
          <w:sz w:val="20"/>
        </w:rPr>
        <w:t>Articolo 3 – Canone di Locazione</w:t>
      </w:r>
    </w:p>
    <w:p>
      <w:r>
        <w:rPr>
          <w:b w:val="0"/>
          <w:sz w:val="20"/>
        </w:rPr>
        <w:t>Il CONDUTTORE si impegna a corrispondere al LOCATORE un canone annuo pari a € ____________, oltre IVA ove dovuta, da pagarsi in rate mensili anticipate di € ____________, entro il giorno _____ di ogni mese, mediante bonifico bancario sul conto corrente intestato al LOCATORE presso ____________________, IBAN _______________________________.</w:t>
      </w:r>
    </w:p>
    <w:p/>
    <w:p>
      <w:r>
        <w:rPr>
          <w:b/>
          <w:sz w:val="20"/>
        </w:rPr>
        <w:t>Articolo 4 – Deposito Cauzionale</w:t>
      </w:r>
    </w:p>
    <w:p>
      <w:r>
        <w:rPr>
          <w:b w:val="0"/>
          <w:sz w:val="20"/>
        </w:rPr>
        <w:t>A garanzia delle obbligazioni assunte con il presente contratto, il CONDUTTORE versa contestualmente alla firma un deposito cauzionale pari a € ____________, equivalente a tre mensilità del canone, che sarà restituito al termine della locazione previa verifica dello stato dell’immobile e l’adempimento di tutte le obbligazioni contrattuali.</w:t>
      </w:r>
    </w:p>
    <w:p/>
    <w:p>
      <w:r>
        <w:rPr>
          <w:b/>
          <w:sz w:val="20"/>
        </w:rPr>
        <w:t>Articolo 5 – Uso e Manutenzione</w:t>
      </w:r>
    </w:p>
    <w:p>
      <w:r>
        <w:rPr>
          <w:b w:val="0"/>
          <w:sz w:val="20"/>
        </w:rPr>
        <w:t>Il CONDUTTORE si impegna a utilizzare il capannone esclusivamente per le attività consentite dalla normativa vigente e a mantenerlo in buono stato di conservazione, provvedendo alla manutenzione ordinaria. Ogni modifica dovrà essere preventivamente autorizzata per iscritto dal LOCATORE.</w:t>
      </w:r>
    </w:p>
    <w:p/>
    <w:p>
      <w:r>
        <w:rPr>
          <w:b/>
          <w:sz w:val="20"/>
        </w:rPr>
        <w:t>Articolo 6 – Divieto di Sublocazione e Cessione</w:t>
      </w:r>
    </w:p>
    <w:p>
      <w:r>
        <w:rPr>
          <w:b w:val="0"/>
          <w:sz w:val="20"/>
        </w:rPr>
        <w:t>Il CONDUTTORE non può sublocare, cedere o trasferire a terzi il presente contratto, né parte di esso, senza il preventivo consenso scritto del LOCATORE.</w:t>
      </w:r>
    </w:p>
    <w:p/>
    <w:p>
      <w:r>
        <w:rPr>
          <w:b/>
          <w:sz w:val="20"/>
        </w:rPr>
        <w:t>Articolo 7 – Spese e Oneri Accessori</w:t>
      </w:r>
    </w:p>
    <w:p>
      <w:r>
        <w:rPr>
          <w:b w:val="0"/>
          <w:sz w:val="20"/>
        </w:rPr>
        <w:t>Sono a carico del CONDUTTORE le spese per utenze, consumi, oneri fiscali relativi all’utilizzo dell’immobile, nonché le spese di manutenzione ordinaria. Restano a carico del LOCATORE le spese straordinarie e quelle relative alla struttura e parti comuni.</w:t>
      </w:r>
    </w:p>
    <w:p/>
    <w:p>
      <w:r>
        <w:rPr>
          <w:b/>
          <w:sz w:val="20"/>
        </w:rPr>
        <w:t>Articolo 8 – Responsabilità e Assicurazioni</w:t>
      </w:r>
    </w:p>
    <w:p>
      <w:r>
        <w:rPr>
          <w:b w:val="0"/>
          <w:sz w:val="20"/>
        </w:rPr>
        <w:t>Il CONDUTTORE è responsabile per danni causati all’immobile per negligenza o cattivo uso. È obbligato a stipulare polizza assicurativa per danni a terzi e per incendio, mantenendola attiva per tutta la durata della locazione e a fornire copia della polizza al LOCATORE.</w:t>
      </w:r>
    </w:p>
    <w:p/>
    <w:p>
      <w:r>
        <w:rPr>
          <w:b/>
          <w:sz w:val="20"/>
        </w:rPr>
        <w:t>Articolo 9 – Risoluzione Anticipata</w:t>
      </w:r>
    </w:p>
    <w:p>
      <w:r>
        <w:rPr>
          <w:b w:val="0"/>
          <w:sz w:val="20"/>
        </w:rPr>
        <w:t>In caso di inadempimento delle obbligazioni contrattuali, la parte adempiente può risolvere anticipatamente il contratto, previa comunicazione scritta con un preavviso di almeno 30 giorni. La risoluzione può avvenire senza preavviso in caso di gravi inadempienze.</w:t>
      </w:r>
    </w:p>
    <w:p/>
    <w:p>
      <w:r>
        <w:rPr>
          <w:b/>
          <w:sz w:val="20"/>
        </w:rPr>
        <w:t>Articolo 10 – Restituzione dell’Immobile</w:t>
      </w:r>
    </w:p>
    <w:p>
      <w:r>
        <w:rPr>
          <w:b w:val="0"/>
          <w:sz w:val="20"/>
        </w:rPr>
        <w:t>Alla scadenza o risoluzione del contratto, il CONDUTTORE si impegna a restituire l’immobile nello stato in cui lo ha ricevuto, salvo il normale deperimento d’uso, rimuovendo ogni propria attrezzatura e bonificando eventuali modifiche non autorizzate.</w:t>
      </w:r>
    </w:p>
    <w:p/>
    <w:p>
      <w:r>
        <w:rPr>
          <w:b/>
          <w:sz w:val="20"/>
        </w:rPr>
        <w:t>Articolo 11 – Foro competente</w:t>
      </w:r>
    </w:p>
    <w:p>
      <w:r>
        <w:rPr>
          <w:b w:val="0"/>
          <w:sz w:val="20"/>
        </w:rPr>
        <w:t>Per ogni controversia relativa all’interpretazione, esecuzione o risoluzione del presente contratto, è competente esclusivamente il Foro di _________________________.</w:t>
      </w:r>
    </w:p>
    <w:p/>
    <w:p/>
    <w:p>
      <w:r>
        <w:rPr>
          <w:b w:val="0"/>
          <w:sz w:val="20"/>
        </w:rPr>
        <w:t>Luogo, Data : _________________________________________________________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LOCATORE</w:t>
            </w:r>
          </w:p>
        </w:tc>
        <w:tc>
          <w:tcPr>
            <w:tcW w:type="dxa" w:w="4986"/>
            <w:tcBorders>
              <w:top w:val="nil"/>
              <w:left w:val="nil"/>
              <w:bottom w:val="nil"/>
              <w:right w:val="nil"/>
              <w:insideH w:val="nil"/>
              <w:insideV w:val="nil"/>
            </w:tcBorders>
          </w:tcPr>
          <w:p>
            <w:pPr>
              <w:jc w:val="center"/>
            </w:pPr>
            <w:r>
              <w:t>CONDUTTORE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https://esperto-contratti.com/fac-simile-contratto-di-locazione-capannone/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fac-simile-contratto-di-locazione-capannon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