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CONTRATTO DI LOCAZIONE USUFRUTTUARIO</w:t>
      </w:r>
    </w:p>
    <w:p/>
    <w:p/>
    <w:p>
      <w:r>
        <w:rPr>
          <w:b/>
          <w:sz w:val="20"/>
        </w:rPr>
        <w:t>TRA</w:t>
      </w:r>
    </w:p>
    <w:p>
      <w:r>
        <w:rPr>
          <w:b w:val="0"/>
          <w:sz w:val="20"/>
        </w:rPr>
        <w:t>Il/La concedente usufruttuario (di seguito, "Usufruttuario"), residente in ________________________________________________, codice fiscale ________________________________________________,</w:t>
      </w:r>
    </w:p>
    <w:p>
      <w:r>
        <w:rPr>
          <w:b w:val="0"/>
          <w:sz w:val="20"/>
        </w:rPr>
        <w:t>E</w:t>
      </w:r>
    </w:p>
    <w:p>
      <w:r>
        <w:rPr>
          <w:b w:val="0"/>
          <w:sz w:val="20"/>
        </w:rPr>
        <w:t>Il/La conduttore (di seguito, "Conduttore"), residente in ________________________________________________, codice fiscale ________________________________________________.</w:t>
      </w:r>
    </w:p>
    <w:p/>
    <w:p/>
    <w:p>
      <w:r>
        <w:rPr>
          <w:b/>
          <w:sz w:val="20"/>
        </w:rPr>
        <w:t>SI CONVIENE E SI STIPULA QUANTO SEGUE:</w:t>
      </w:r>
    </w:p>
    <w:p/>
    <w:p>
      <w:r>
        <w:rPr>
          <w:b/>
          <w:sz w:val="20"/>
        </w:rPr>
        <w:t>Articolo 1 – Oggetto della locazione</w:t>
      </w:r>
    </w:p>
    <w:p>
      <w:r>
        <w:rPr>
          <w:b w:val="0"/>
          <w:sz w:val="20"/>
        </w:rPr>
        <w:t>L'Usufruttuario concede in locazione al Conduttore, che accetta, l'immobile sito in ____________________________________________, censito al Catasto Fabbricati del Comune di ________________, foglio ____, particella ____, subalterno ____, costituito da ______________________________________________________.</w:t>
      </w:r>
    </w:p>
    <w:p/>
    <w:p>
      <w:r>
        <w:rPr>
          <w:b/>
          <w:sz w:val="20"/>
        </w:rPr>
        <w:t>Articolo 2 – Destinazione d'uso</w:t>
      </w:r>
    </w:p>
    <w:p>
      <w:r>
        <w:rPr>
          <w:b w:val="0"/>
          <w:sz w:val="20"/>
        </w:rPr>
        <w:t>L'immobile locato dovrà essere adibito esclusivamente a uso ________________________________________________________________. È vietata qualsiasi diversa destinazione senza il preventivo consenso scritto dell'Usufruttuario.</w:t>
      </w:r>
    </w:p>
    <w:p/>
    <w:p>
      <w:r>
        <w:rPr>
          <w:b/>
          <w:sz w:val="20"/>
        </w:rPr>
        <w:t>Articolo 3 – Durata della locazione</w:t>
      </w:r>
    </w:p>
    <w:p>
      <w:r>
        <w:rPr>
          <w:b w:val="0"/>
          <w:sz w:val="20"/>
        </w:rPr>
        <w:t>La locazione ha durata di __________ anni, con decorrenza dal __________ e scadenza al __________. Alla scadenza il contratto si intenderà rinnovato tacitamente per uguale periodo, salvo disdetta scritta di una delle parti da inviarsi almeno sei mesi prima della scadenza.</w:t>
      </w:r>
    </w:p>
    <w:p/>
    <w:p>
      <w:r>
        <w:rPr>
          <w:b/>
          <w:sz w:val="20"/>
        </w:rPr>
        <w:t>Articolo 4 – Canone di locazione</w:t>
      </w:r>
    </w:p>
    <w:p>
      <w:r>
        <w:rPr>
          <w:b w:val="0"/>
          <w:sz w:val="20"/>
        </w:rPr>
        <w:t>Il canone annuo concordato tra le parti è di Euro __________ (€ __________), da corrispondersi in rate mensili anticipate di Euro __________ (€ __________) entro il giorno __________ di ogni mese, tramite ______________________________________________________.</w:t>
      </w:r>
    </w:p>
    <w:p/>
    <w:p>
      <w:r>
        <w:rPr>
          <w:b/>
          <w:sz w:val="20"/>
        </w:rPr>
        <w:t>Articolo 5 – Modalità di pagamento</w:t>
      </w:r>
    </w:p>
    <w:p>
      <w:r>
        <w:rPr>
          <w:b w:val="0"/>
          <w:sz w:val="20"/>
        </w:rPr>
        <w:t>Il pagamento del canone dovrà essere effettuato mediante ______________________________________________________. Eventuali spese bancarie o commissioni sono a carico del Conduttore.</w:t>
      </w:r>
    </w:p>
    <w:p/>
    <w:p>
      <w:r>
        <w:rPr>
          <w:b/>
          <w:sz w:val="20"/>
        </w:rPr>
        <w:t>Articolo 6 – Spese e oneri accessori</w:t>
      </w:r>
    </w:p>
    <w:p>
      <w:r>
        <w:rPr>
          <w:b w:val="0"/>
          <w:sz w:val="20"/>
        </w:rPr>
        <w:t>Sono a carico del Conduttore tutte le spese relative ai consumi di acqua, luce, gas, riscaldamento, condominio e ogni altra utenza o servizio inerente l'uso dell'immobile locato.</w:t>
      </w:r>
    </w:p>
    <w:p/>
    <w:p>
      <w:r>
        <w:rPr>
          <w:b/>
          <w:sz w:val="20"/>
        </w:rPr>
        <w:t>Articolo 7 – Deposito cauzionale</w:t>
      </w:r>
    </w:p>
    <w:p>
      <w:r>
        <w:rPr>
          <w:b w:val="0"/>
          <w:sz w:val="20"/>
        </w:rPr>
        <w:t>A garanzia degli obblighi contrattuali, il Conduttore versa all'Usufruttuario un deposito cauzionale pari a Euro __________ (€ __________), che sarà restituito al termine del contratto, previa verifica dello stato dell'immobile e del regolare adempimento delle obbligazioni contrattuali.</w:t>
      </w:r>
    </w:p>
    <w:p/>
    <w:p>
      <w:r>
        <w:rPr>
          <w:b/>
          <w:sz w:val="20"/>
        </w:rPr>
        <w:t>Articolo 8 – Obblighi del Conduttore</w:t>
      </w:r>
    </w:p>
    <w:p>
      <w:r>
        <w:rPr>
          <w:b w:val="0"/>
          <w:sz w:val="20"/>
        </w:rPr>
        <w:t>Il Conduttore si impegna a: a) utilizzare l'immobile con diligenza e per la destinazione convenuta; b) mantenere l'immobile in buon stato di conservazione; c) non apportare modifiche strutturali senza consenso scritto dell'Usufruttuario; d) consentire visite e verifiche da parte dell'Usufruttuario previo preavviso.</w:t>
      </w:r>
    </w:p>
    <w:p/>
    <w:p>
      <w:r>
        <w:rPr>
          <w:b/>
          <w:sz w:val="20"/>
        </w:rPr>
        <w:t>Articolo 9 – Manutenzione e riparazioni</w:t>
      </w:r>
    </w:p>
    <w:p>
      <w:r>
        <w:rPr>
          <w:b w:val="0"/>
          <w:sz w:val="20"/>
        </w:rPr>
        <w:t>Le riparazioni ordinarie sono a carico del Conduttore. Le riparazioni straordinarie, salvo danni imputabili al Conduttore, sono a carico dell'Usufruttuario.</w:t>
      </w:r>
    </w:p>
    <w:p/>
    <w:p>
      <w:r>
        <w:rPr>
          <w:b/>
          <w:sz w:val="20"/>
        </w:rPr>
        <w:t>Articolo 10 – Divieti</w:t>
      </w:r>
    </w:p>
    <w:p>
      <w:r>
        <w:rPr>
          <w:b w:val="0"/>
          <w:sz w:val="20"/>
        </w:rPr>
        <w:t>È vietato al Conduttore: a) sublocare o cedere il contratto senza autorizzazione scritta; b) modificare la destinazione d'uso; c) compiere attività illecite o moleste.</w:t>
      </w:r>
    </w:p>
    <w:p/>
    <w:p>
      <w:r>
        <w:rPr>
          <w:b/>
          <w:sz w:val="20"/>
        </w:rPr>
        <w:t>Articolo 11 – Recesso anticipato</w:t>
      </w:r>
    </w:p>
    <w:p>
      <w:r>
        <w:rPr>
          <w:b w:val="0"/>
          <w:sz w:val="20"/>
        </w:rPr>
        <w:t>Ciascuna parte potrà recedere anticipatamente dal contratto con preavviso scritto di almeno __________ mesi. In caso di recesso anticipato senza giusta causa, la parte recedente dovrà corrispondere all'altra una penale pari a Euro __________ (€ __________).</w:t>
      </w:r>
    </w:p>
    <w:p/>
    <w:p>
      <w:r>
        <w:rPr>
          <w:b/>
          <w:sz w:val="20"/>
        </w:rPr>
        <w:t>Articolo 12 – Restituzione dell'immobile</w:t>
      </w:r>
    </w:p>
    <w:p>
      <w:r>
        <w:rPr>
          <w:b w:val="0"/>
          <w:sz w:val="20"/>
        </w:rPr>
        <w:t>Alla scadenza del contratto, il Conduttore dovrà restituire l'immobile nello stato in cui lo ha ricevuto, salvo il normale deperimento d'uso, consegnando tutte le chiavi e gli eventuali documenti relativi.</w:t>
      </w:r>
    </w:p>
    <w:p/>
    <w:p>
      <w:r>
        <w:rPr>
          <w:b/>
          <w:sz w:val="20"/>
        </w:rPr>
        <w:t>Articolo 13 – Clausola risolutiva espressa</w:t>
      </w:r>
    </w:p>
    <w:p>
      <w:r>
        <w:rPr>
          <w:b w:val="0"/>
          <w:sz w:val="20"/>
        </w:rPr>
        <w:t>Il mancato pagamento anche di una sola rata del canone entro 15 giorni dalla scadenza comporta la risoluzione automatica del contratto, ai sensi dell'art. 1456 c.c., previa comunicazione scritta all'inadempiente.</w:t>
      </w:r>
    </w:p>
    <w:p/>
    <w:p>
      <w:r>
        <w:rPr>
          <w:b/>
          <w:sz w:val="20"/>
        </w:rPr>
        <w:t>Articolo 14 – Foro competente</w:t>
      </w:r>
    </w:p>
    <w:p>
      <w:r>
        <w:rPr>
          <w:b w:val="0"/>
          <w:sz w:val="20"/>
        </w:rPr>
        <w:t>Per ogni controversia relativa al presente contratto è competente in via esclusiva il Foro di ________________, con esclusione di ogni altro foro concorrente.</w:t>
      </w:r>
    </w:p>
    <w:p/>
    <w:p/>
    <w:p>
      <w:r>
        <w:rPr>
          <w:b/>
          <w:sz w:val="20"/>
        </w:rPr>
        <w:t>Luogo : ________________________________________________________________</w:t>
      </w:r>
    </w:p>
    <w:p>
      <w:r>
        <w:rPr>
          <w:b w:val="0"/>
          <w:sz w:val="20"/>
        </w:rPr>
        <w:t>Firma dell'Usufruttuario : ______________________________________________</w:t>
      </w:r>
    </w:p>
    <w:p/>
    <w:p/>
    <w:p>
      <w:r>
        <w:rPr>
          <w:b w:val="0"/>
          <w:sz w:val="20"/>
        </w:rPr>
        <w:t>Firma del Conduttore 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USUFRUTTUARIO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CONDUTTORE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https://esperto-contratti.com/fac-simile-contratto-di-locazione-usufruttuario/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https://esperto-contratti.com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esperto-contratti.com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contratti.com/fac-simile-contratto-di-locazione-usufruttuario/" TargetMode="External"/><Relationship Id="rId10" Type="http://schemas.openxmlformats.org/officeDocument/2006/relationships/hyperlink" Target="https://esperto-contrat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