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FAC-SIMILE CONTRATTO DI LAVORO DIPENDENTE CON PROVVIGIONI</w:t>
      </w:r>
    </w:p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La Società: _______________________________________________________________</w:t>
      </w:r>
    </w:p>
    <w:p>
      <w:r>
        <w:rPr>
          <w:b w:val="0"/>
          <w:sz w:val="20"/>
        </w:rPr>
        <w:t>Codice Fiscale/P.IVA: ____________________________________________________</w:t>
      </w:r>
    </w:p>
    <w:p>
      <w:r>
        <w:rPr>
          <w:b w:val="0"/>
          <w:sz w:val="20"/>
        </w:rPr>
        <w:t>Sede Legale: ______________________________________________________________</w:t>
      </w:r>
    </w:p>
    <w:p/>
    <w:p>
      <w:r>
        <w:rPr>
          <w:b/>
          <w:sz w:val="20"/>
        </w:rPr>
        <w:t>E</w:t>
      </w:r>
    </w:p>
    <w:p>
      <w:r>
        <w:rPr>
          <w:b w:val="0"/>
          <w:sz w:val="20"/>
        </w:rPr>
        <w:t>Il Dipendente: ____________________________________________________________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</w:t>
      </w:r>
    </w:p>
    <w:p>
      <w:r>
        <w:rPr>
          <w:b w:val="0"/>
          <w:sz w:val="20"/>
        </w:rPr>
        <w:t>Residenza: ________________________________________________________________</w:t>
      </w:r>
    </w:p>
    <w:p/>
    <w:p>
      <w:r>
        <w:rPr>
          <w:b/>
          <w:sz w:val="20"/>
        </w:rPr>
        <w:t>PREMESSE</w:t>
      </w:r>
    </w:p>
    <w:p>
      <w:r>
        <w:rPr>
          <w:b w:val="0"/>
          <w:sz w:val="20"/>
        </w:rPr>
        <w:t>La Società intende assumere il Dipendente con contratto di lavoro subordinato, con attribuzione di provvigioni sulle vendite o sugli affari conclusi, ai sensi della normativa vigente in materia di lavoro e contratti collettivi applicabili.</w:t>
      </w:r>
    </w:p>
    <w:p/>
    <w:p>
      <w:r>
        <w:rPr>
          <w:b/>
          <w:sz w:val="20"/>
        </w:rPr>
        <w:t>Articolo 1 – Inquadramento e Mansioni</w:t>
      </w:r>
    </w:p>
    <w:p>
      <w:r>
        <w:rPr>
          <w:b w:val="0"/>
          <w:sz w:val="20"/>
        </w:rPr>
        <w:t>Il Dipendente viene assunto con la qualifica di ____________________________________________________, inquadrato secondo il CCNL di riferimento. Le mansioni affidate comprendono, a titolo esemplificativo e non esaustivo, la promozione e la vendita dei prodotti e servizi della Società, nonché ogni altra attività connessa e pertinente.</w:t>
      </w:r>
    </w:p>
    <w:p/>
    <w:p>
      <w:r>
        <w:rPr>
          <w:b/>
          <w:sz w:val="20"/>
        </w:rPr>
        <w:t>Articolo 2 – Durata del Contratto</w:t>
      </w:r>
    </w:p>
    <w:p>
      <w:r>
        <w:rPr>
          <w:b w:val="0"/>
          <w:sz w:val="20"/>
        </w:rPr>
        <w:t>Il presente contratto è a tempo indeterminato/ determinato con decorrenza dal _______________. Eventuali proroghe o rinnovi saranno concordati per iscritto tra le parti.</w:t>
      </w:r>
    </w:p>
    <w:p/>
    <w:p>
      <w:r>
        <w:rPr>
          <w:b/>
          <w:sz w:val="20"/>
        </w:rPr>
        <w:t>Articolo 3 – Orario di Lavoro</w:t>
      </w:r>
    </w:p>
    <w:p>
      <w:r>
        <w:rPr>
          <w:b w:val="0"/>
          <w:sz w:val="20"/>
        </w:rPr>
        <w:t>L'orario di lavoro è di norma pari a ______________ ore settimanali, articolato secondo le esigenze organizzative della Società. Eventuali prestazioni lavorative oltre l’orario normale saranno compensate secondo quanto previsto dalla normativa vigente e dal CCNL applicabile.</w:t>
      </w:r>
    </w:p>
    <w:p/>
    <w:p>
      <w:r>
        <w:rPr>
          <w:b/>
          <w:sz w:val="20"/>
        </w:rPr>
        <w:t>Articolo 4 – Retribuzione</w:t>
      </w:r>
    </w:p>
    <w:p>
      <w:r>
        <w:rPr>
          <w:b w:val="0"/>
          <w:sz w:val="20"/>
        </w:rPr>
        <w:t>Il Dipendente percepirà una retribuzione fissa mensile lorda pari a € ____________, oltre a provvigioni calcolate secondo quanto previsto dall'Articolo 5. La retribuzione sarà corrisposta entro la fine di ogni mese mediante bonifico bancario o altra modalità concordata.</w:t>
      </w:r>
    </w:p>
    <w:p/>
    <w:p>
      <w:r>
        <w:rPr>
          <w:b/>
          <w:sz w:val="20"/>
        </w:rPr>
        <w:t>Articolo 5 – Provvigioni</w:t>
      </w:r>
    </w:p>
    <w:p>
      <w:r>
        <w:rPr>
          <w:b w:val="0"/>
          <w:sz w:val="20"/>
        </w:rPr>
        <w:t>Al Dipendente spetta una provvigione pari al ____% sul valore netto delle vendite da lui direttamente concluse. Le provvigioni saranno calcolate e liquidate mensilmente, entro il mese successivo alla relativa vendita, subordinatamente all'effettivo incasso da parte della Società.</w:t>
      </w:r>
    </w:p>
    <w:p/>
    <w:p>
      <w:r>
        <w:rPr>
          <w:b/>
          <w:sz w:val="20"/>
        </w:rPr>
        <w:t>Articolo 6 – Obblighi del Dipendente</w:t>
      </w:r>
    </w:p>
    <w:p>
      <w:r>
        <w:rPr>
          <w:b w:val="0"/>
          <w:sz w:val="20"/>
        </w:rPr>
        <w:t>Il Dipendente si impegna a svolgere l’attività con diligenza, lealtà e riservatezza, rispettando le direttive della Società e le normative vigenti, evitando qualsiasi conflitto di interessi o attività concorrenziale durante il rapporto di lavoro.</w:t>
      </w:r>
    </w:p>
    <w:p/>
    <w:p>
      <w:r>
        <w:rPr>
          <w:b/>
          <w:sz w:val="20"/>
        </w:rPr>
        <w:t>Articolo 7 – Ferie e Permessi</w:t>
      </w:r>
    </w:p>
    <w:p>
      <w:r>
        <w:rPr>
          <w:b w:val="0"/>
          <w:sz w:val="20"/>
        </w:rPr>
        <w:t>Il Dipendente ha diritto a ferie, permessi e riposi secondo quanto previsto dal CCNL applicabile e dalla normativa vigente in materia di lavoro subordinato.</w:t>
      </w:r>
    </w:p>
    <w:p/>
    <w:p>
      <w:r>
        <w:rPr>
          <w:b/>
          <w:sz w:val="20"/>
        </w:rPr>
        <w:t>Articolo 8 – Riservatezza</w:t>
      </w:r>
    </w:p>
    <w:p>
      <w:r>
        <w:rPr>
          <w:b w:val="0"/>
          <w:sz w:val="20"/>
        </w:rPr>
        <w:t>Il Dipendente è tenuto a mantenere riservate tutte le informazioni aziendali acquisite durante il rapporto di lavoro, anche dopo la cessazione dello stesso, ai sensi delle disposizioni di legge.</w:t>
      </w:r>
    </w:p>
    <w:p/>
    <w:p>
      <w:r>
        <w:rPr>
          <w:b/>
          <w:sz w:val="20"/>
        </w:rPr>
        <w:t>Articolo 9 – Clausola di Non Concorrenza</w:t>
      </w:r>
    </w:p>
    <w:p>
      <w:r>
        <w:rPr>
          <w:b w:val="0"/>
          <w:sz w:val="20"/>
        </w:rPr>
        <w:t>Per tutta la durata del rapporto di lavoro e per un periodo di ____ mesi successivi alla sua cessazione, il Dipendente si impegna a non svolgere attività, direttamente o indirettamente, in concorrenza con la Società, nei limiti territoriali e settoriali concordati.</w:t>
      </w:r>
    </w:p>
    <w:p/>
    <w:p>
      <w:r>
        <w:rPr>
          <w:b/>
          <w:sz w:val="20"/>
        </w:rPr>
        <w:t>Articolo 10 – Risoluzione del Contratto</w:t>
      </w:r>
    </w:p>
    <w:p>
      <w:r>
        <w:rPr>
          <w:b w:val="0"/>
          <w:sz w:val="20"/>
        </w:rPr>
        <w:t>Il presente contratto può essere risolto da entrambe le parti con il preavviso previsto dal CCNL applicabile e dalla normativa vigente. La Società può procedere alla risoluzione immediata per giusta causa, ai sensi dell’art. 2119 c.c.</w:t>
      </w:r>
    </w:p>
    <w:p/>
    <w:p>
      <w:r>
        <w:rPr>
          <w:b/>
          <w:sz w:val="20"/>
        </w:rPr>
        <w:t>Articolo 11 – Foro Competente</w:t>
      </w:r>
    </w:p>
    <w:p>
      <w:r>
        <w:rPr>
          <w:b w:val="0"/>
          <w:sz w:val="20"/>
        </w:rPr>
        <w:t>Per ogni controversia relativa all’interpretazione, esecuzione e risoluzione del presente contratto è competente in via esclusiva il Foro di _______________.</w:t>
      </w:r>
    </w:p>
    <w:p/>
    <w:p/>
    <w:p>
      <w:r>
        <w:rPr>
          <w:b w:val="0"/>
          <w:sz w:val="20"/>
        </w:rPr>
        <w:t>Luogo: _________________________________________________________________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LA SOCIETÀ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DIPENDENTE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https://esperto-contratti.com/fac-simile-contratto-dipendente-con-provvigioni/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fac-simile-contratto-dipendente-con-provvigioni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