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NOLEGGIO AUTO</w:t>
      </w:r>
    </w:p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Il Sig./La Sig.ra ________________________________, nato/a a ______________________, codice fiscale ____________________, residente in ________________________________, di seguito denominato 'Locatore'.</w:t>
      </w:r>
    </w:p>
    <w:p/>
    <w:p>
      <w:r>
        <w:rPr>
          <w:b/>
          <w:sz w:val="20"/>
        </w:rPr>
        <w:t>E</w:t>
      </w:r>
    </w:p>
    <w:p>
      <w:r>
        <w:rPr>
          <w:b w:val="0"/>
          <w:sz w:val="20"/>
        </w:rPr>
        <w:t>Il Sig./La Sig.ra ________________________________, nato/a a ______________________, codice fiscale ____________________, residente in ________________________________, di seguito denominato 'Conduttore'.</w:t>
      </w:r>
    </w:p>
    <w:p/>
    <w:p>
      <w:r>
        <w:rPr>
          <w:b/>
          <w:sz w:val="20"/>
        </w:rPr>
        <w:t>PREMESSE</w:t>
      </w:r>
    </w:p>
    <w:p>
      <w:r>
        <w:rPr>
          <w:b w:val="0"/>
          <w:sz w:val="20"/>
        </w:rPr>
        <w:t>Il Locatore è proprietario dell'autovettura descritta nel presente contratto e intende concederla in noleggio al Conduttore secondo le condizioni di seguito indicate.</w:t>
      </w:r>
    </w:p>
    <w:p>
      <w:r>
        <w:rPr>
          <w:b w:val="0"/>
          <w:sz w:val="20"/>
        </w:rPr>
        <w:t>Il Conduttore intende prendere in noleggio l'autovettura alle condizioni stabilite nel presente contratto.</w:t>
      </w:r>
    </w:p>
    <w:p/>
    <w:p>
      <w:r>
        <w:rPr>
          <w:b/>
          <w:sz w:val="20"/>
        </w:rPr>
        <w:t>Articolo 1 – Oggetto del Contratto</w:t>
      </w:r>
    </w:p>
    <w:p>
      <w:r>
        <w:rPr>
          <w:b w:val="0"/>
          <w:sz w:val="20"/>
        </w:rPr>
        <w:t>Il Locatore concede in noleggio al Conduttore, che accetta, l'autovettura con le seguenti caratteristiche:</w:t>
      </w:r>
    </w:p>
    <w:p>
      <w:r>
        <w:rPr>
          <w:b w:val="0"/>
          <w:sz w:val="20"/>
        </w:rPr>
        <w:t>- Marca/Modello : _____________________________________________</w:t>
      </w:r>
    </w:p>
    <w:p>
      <w:r>
        <w:rPr>
          <w:b w:val="0"/>
          <w:sz w:val="20"/>
        </w:rPr>
        <w:t>- Targa : _____________________________________________________</w:t>
      </w:r>
    </w:p>
    <w:p>
      <w:r>
        <w:rPr>
          <w:b w:val="0"/>
          <w:sz w:val="20"/>
        </w:rPr>
        <w:t>- Colore : ____________________________________________________</w:t>
      </w:r>
    </w:p>
    <w:p>
      <w:r>
        <w:rPr>
          <w:b w:val="0"/>
          <w:sz w:val="20"/>
        </w:rPr>
        <w:t>- Numero di Telaio : __________________________________________</w:t>
      </w:r>
    </w:p>
    <w:p>
      <w:r>
        <w:rPr>
          <w:b w:val="0"/>
          <w:sz w:val="20"/>
        </w:rPr>
        <w:t>- Cilindrata : ________________________________________________</w:t>
      </w:r>
    </w:p>
    <w:p>
      <w:r>
        <w:rPr>
          <w:b w:val="0"/>
          <w:sz w:val="20"/>
        </w:rPr>
        <w:t>- Alimentazione : ____________________________________________</w:t>
      </w:r>
    </w:p>
    <w:p>
      <w:r>
        <w:rPr>
          <w:b w:val="0"/>
          <w:sz w:val="20"/>
        </w:rPr>
        <w:t>- Altre caratteristiche : ______________________________________</w:t>
      </w:r>
    </w:p>
    <w:p/>
    <w:p>
      <w:r>
        <w:rPr>
          <w:b/>
          <w:sz w:val="20"/>
        </w:rPr>
        <w:t>Articolo 2 – Durata del Contratto</w:t>
      </w:r>
    </w:p>
    <w:p>
      <w:r>
        <w:rPr>
          <w:b w:val="0"/>
          <w:sz w:val="20"/>
        </w:rPr>
        <w:t>Il presente contratto ha durata a decorrere dalla consegna del veicolo e terminerà al momento della restituzione dello stesso, salvo proroghe concordate tra le parti.</w:t>
      </w:r>
    </w:p>
    <w:p/>
    <w:p>
      <w:r>
        <w:rPr>
          <w:b/>
          <w:sz w:val="20"/>
        </w:rPr>
        <w:t>Articolo 3 – Corrispettivo e Modalità di Pagamento</w:t>
      </w:r>
    </w:p>
    <w:p>
      <w:r>
        <w:rPr>
          <w:b w:val="0"/>
          <w:sz w:val="20"/>
        </w:rPr>
        <w:t>Il Conduttore si impegna a corrispondere al Locatore un canone di noleggio pari a € ____________, da pagarsi come segue:</w:t>
      </w:r>
    </w:p>
    <w:p>
      <w:r>
        <w:rPr>
          <w:b w:val="0"/>
          <w:sz w:val="20"/>
        </w:rPr>
        <w:t>- Importo anticipato al momento della consegna: € ____________</w:t>
      </w:r>
    </w:p>
    <w:p>
      <w:r>
        <w:rPr>
          <w:b w:val="0"/>
          <w:sz w:val="20"/>
        </w:rPr>
        <w:t>- Eventuali pagamenti successivi: ____________________________</w:t>
      </w:r>
    </w:p>
    <w:p>
      <w:r>
        <w:rPr>
          <w:b w:val="0"/>
          <w:sz w:val="20"/>
        </w:rPr>
        <w:t>Il pagamento potrà avvenire tramite bonifico bancario, contanti o altra modalità concordata.</w:t>
      </w:r>
    </w:p>
    <w:p/>
    <w:p>
      <w:r>
        <w:rPr>
          <w:b/>
          <w:sz w:val="20"/>
        </w:rPr>
        <w:t>Articolo 4 – Consegna e Restituzione del Veicolo</w:t>
      </w:r>
    </w:p>
    <w:p>
      <w:r>
        <w:rPr>
          <w:b w:val="0"/>
          <w:sz w:val="20"/>
        </w:rPr>
        <w:t>Il Locatore consegna il veicolo al Conduttore nello stato di efficienza e manutenzione descritto nel verbale di consegna allegato al presente contratto.</w:t>
      </w:r>
    </w:p>
    <w:p>
      <w:r>
        <w:rPr>
          <w:b w:val="0"/>
          <w:sz w:val="20"/>
        </w:rPr>
        <w:t>Il Conduttore si impegna a restituire il veicolo nelle medesime condizioni al termine del noleggio, salvo il normale deperimento d'uso.</w:t>
      </w:r>
    </w:p>
    <w:p>
      <w:r>
        <w:rPr>
          <w:b w:val="0"/>
          <w:sz w:val="20"/>
        </w:rPr>
        <w:t>Eventuali danni, guasti o manomissioni riscontrate al momento della restituzione saranno addebitati al Conduttore.</w:t>
      </w:r>
    </w:p>
    <w:p/>
    <w:p>
      <w:r>
        <w:rPr>
          <w:b/>
          <w:sz w:val="20"/>
        </w:rPr>
        <w:t>Articolo 5 – Obblighi e Responsabilità del Conduttore</w:t>
      </w:r>
    </w:p>
    <w:p>
      <w:r>
        <w:rPr>
          <w:b w:val="0"/>
          <w:sz w:val="20"/>
        </w:rPr>
        <w:t>Il Conduttore si impegna a:</w:t>
      </w:r>
    </w:p>
    <w:p>
      <w:r>
        <w:rPr>
          <w:b w:val="0"/>
          <w:sz w:val="20"/>
        </w:rPr>
        <w:t>a) Utilizzare il veicolo con la massima diligenza e secondo le norme del Codice della Strada;</w:t>
      </w:r>
    </w:p>
    <w:p>
      <w:r>
        <w:rPr>
          <w:b w:val="0"/>
          <w:sz w:val="20"/>
        </w:rPr>
        <w:t>b) Non cedere il veicolo a terzi né utilizzarlo per finalità diverse da quelle previste;</w:t>
      </w:r>
    </w:p>
    <w:p>
      <w:r>
        <w:rPr>
          <w:b w:val="0"/>
          <w:sz w:val="20"/>
        </w:rPr>
        <w:t>c) Non effettuare modifiche o interventi sul veicolo senza autorizzazione scritta del Locatore;</w:t>
      </w:r>
    </w:p>
    <w:p>
      <w:r>
        <w:rPr>
          <w:b w:val="0"/>
          <w:sz w:val="20"/>
        </w:rPr>
        <w:t>d) Segnalare immediatamente al Locatore eventuali guasti, incidenti o danni;</w:t>
      </w:r>
    </w:p>
    <w:p>
      <w:r>
        <w:rPr>
          <w:b w:val="0"/>
          <w:sz w:val="20"/>
        </w:rPr>
        <w:t>e) Assumere ogni responsabilità per multe, sanzioni, danni a terzi e spese derivanti dall'uso del veicolo durante il periodo di noleggio.</w:t>
      </w:r>
    </w:p>
    <w:p/>
    <w:p>
      <w:r>
        <w:rPr>
          <w:b/>
          <w:sz w:val="20"/>
        </w:rPr>
        <w:t>Articolo 6 – Manutenzione e Riparazioni</w:t>
      </w:r>
    </w:p>
    <w:p>
      <w:r>
        <w:rPr>
          <w:b w:val="0"/>
          <w:sz w:val="20"/>
        </w:rPr>
        <w:t>Le normali operazioni di manutenzione ordinaria sono a carico del Locatore, salvo diverso accordo scritto.</w:t>
      </w:r>
    </w:p>
    <w:p>
      <w:r>
        <w:rPr>
          <w:b w:val="0"/>
          <w:sz w:val="20"/>
        </w:rPr>
        <w:t>Eventuali riparazioni necessarie a seguito di dolo o negligenza del Conduttore saranno a carico di quest'ultimo.</w:t>
      </w:r>
    </w:p>
    <w:p/>
    <w:p>
      <w:r>
        <w:rPr>
          <w:b/>
          <w:sz w:val="20"/>
        </w:rPr>
        <w:t>Articolo 7 – Assicurazione</w:t>
      </w:r>
    </w:p>
    <w:p>
      <w:r>
        <w:rPr>
          <w:b w:val="0"/>
          <w:sz w:val="20"/>
        </w:rPr>
        <w:t>Il veicolo è coperto da polizza assicurativa RCA e kasko, i cui dettagli sono forniti nel contratto di assicurazione allegato.</w:t>
      </w:r>
    </w:p>
    <w:p>
      <w:r>
        <w:rPr>
          <w:b w:val="0"/>
          <w:sz w:val="20"/>
        </w:rPr>
        <w:t>Il Conduttore è tenuto a rispettare le condizioni di polizza e a collaborare nella denuncia di sinistri.</w:t>
      </w:r>
    </w:p>
    <w:p/>
    <w:p>
      <w:r>
        <w:rPr>
          <w:b/>
          <w:sz w:val="20"/>
        </w:rPr>
        <w:t>Articolo 8 – Recesso e Risoluzione</w:t>
      </w:r>
    </w:p>
    <w:p>
      <w:r>
        <w:rPr>
          <w:b w:val="0"/>
          <w:sz w:val="20"/>
        </w:rPr>
        <w:t>Il Locatore e il Conduttore possono recedere dal presente contratto in qualsiasi momento, previo preavviso scritto di almeno _____ giorni.</w:t>
      </w:r>
    </w:p>
    <w:p>
      <w:r>
        <w:rPr>
          <w:b w:val="0"/>
          <w:sz w:val="20"/>
        </w:rPr>
        <w:t>In caso di inadempimento di una delle parti, l'altra potrà risolvere il contratto con effetto immediato.</w:t>
      </w:r>
    </w:p>
    <w:p/>
    <w:p>
      <w:r>
        <w:rPr>
          <w:b/>
          <w:sz w:val="20"/>
        </w:rPr>
        <w:t>Articolo 9 – Restituzione Anticipata e Penali</w:t>
      </w:r>
    </w:p>
    <w:p>
      <w:r>
        <w:rPr>
          <w:b w:val="0"/>
          <w:sz w:val="20"/>
        </w:rPr>
        <w:t>In caso di restituzione anticipata del veicolo da parte del Conduttore, questi potrà essere tenuto al pagamento di una penale pari a € ____________, salvo diverso accordo.</w:t>
      </w:r>
    </w:p>
    <w:p/>
    <w:p>
      <w:r>
        <w:rPr>
          <w:b/>
          <w:sz w:val="20"/>
        </w:rPr>
        <w:t>Articolo 10 – Foro Competente</w:t>
      </w:r>
    </w:p>
    <w:p>
      <w:r>
        <w:rPr>
          <w:b w:val="0"/>
          <w:sz w:val="20"/>
        </w:rPr>
        <w:t>Per ogni controversia derivante dal presente contratto è competente in via esclusiva il Foro di _______________.</w:t>
      </w:r>
    </w:p>
    <w:p/>
    <w:p/>
    <w:p>
      <w:r>
        <w:rPr>
          <w:b w:val="0"/>
          <w:sz w:val="20"/>
        </w:rPr>
        <w:t>Luogo : _____________________________________________</w:t>
      </w:r>
    </w:p>
    <w:p>
      <w:r>
        <w:rPr>
          <w:b w:val="0"/>
          <w:sz w:val="20"/>
        </w:rPr>
        <w:t>Firma del Locatore : _________________________________</w:t>
      </w:r>
    </w:p>
    <w:p>
      <w:r>
        <w:rPr>
          <w:b w:val="0"/>
          <w:sz w:val="20"/>
        </w:rPr>
        <w:t>Firma del Conduttore 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CONDUTTORE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https://esperto-contratti.com/fac-simile-contratto-noleggio-auto/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contratto-noleggio-auto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