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FAC SIMILE CONTRATTO PRELIMINARE DI PERMUTA IMMOBILE DA COSTRUIRE</w:t>
      </w:r>
    </w:p>
    <w:p/>
    <w:p/>
    <w:p>
      <w:r>
        <w:rPr>
          <w:b/>
          <w:sz w:val="20"/>
        </w:rPr>
        <w:t>TRA</w:t>
      </w:r>
    </w:p>
    <w:p>
      <w:r>
        <w:rPr>
          <w:b w:val="0"/>
          <w:sz w:val="20"/>
        </w:rPr>
        <w:t>Il Sig./La Sig.ra _________________________________________, nato/a a ____________________, residente in ________________________________, codice fiscale ____________________________, di seguito denominato/a “Promittente Committente”.</w:t>
      </w:r>
    </w:p>
    <w:p/>
    <w:p>
      <w:r>
        <w:rPr>
          <w:b/>
          <w:sz w:val="20"/>
        </w:rPr>
        <w:t>E</w:t>
      </w:r>
    </w:p>
    <w:p>
      <w:r>
        <w:rPr>
          <w:b w:val="0"/>
          <w:sz w:val="20"/>
        </w:rPr>
        <w:t>Il Sig./La Sig.ra _________________________________________, nato/a a ____________________, residente in ________________________________, codice fiscale ____________________________, di seguito denominato/a “Promittente Costruttore”.</w:t>
      </w:r>
    </w:p>
    <w:p/>
    <w:p>
      <w:r>
        <w:rPr>
          <w:b/>
          <w:sz w:val="20"/>
        </w:rPr>
        <w:t>PREMESSE</w:t>
      </w:r>
    </w:p>
    <w:p>
      <w:r>
        <w:rPr>
          <w:b w:val="0"/>
          <w:sz w:val="20"/>
        </w:rPr>
        <w:t>1) Il Promittente Committente è proprietario del terreno sito in ____________________________, identificato al Catasto Terreni del Comune di ________________, foglio ________, particella ________, destinato alla costruzione di un immobile residenziale;</w:t>
      </w:r>
    </w:p>
    <w:p>
      <w:r>
        <w:rPr>
          <w:b w:val="0"/>
          <w:sz w:val="20"/>
        </w:rPr>
        <w:t>2) Il Promittente Costruttore è interessato alla costruzione di un immobile da realizzarsi sul predetto terreno;</w:t>
      </w:r>
    </w:p>
    <w:p>
      <w:r>
        <w:rPr>
          <w:b w:val="0"/>
          <w:sz w:val="20"/>
        </w:rPr>
        <w:t>3) Le parti intendono stipulare il presente contratto preliminare di permuta, con il quale il Promittente Committente cede al Promittente Costruttore il terreno in permuta dell'immobile da costruire, secondo i termini e le condizioni di seguito indicate;</w:t>
      </w:r>
    </w:p>
    <w:p/>
    <w:p>
      <w:r>
        <w:rPr>
          <w:b/>
          <w:sz w:val="20"/>
        </w:rPr>
        <w:t>Tutto ciò premesso, si conviene e si stipula quanto segue:</w:t>
      </w:r>
    </w:p>
    <w:p/>
    <w:p>
      <w:r>
        <w:rPr>
          <w:b/>
          <w:sz w:val="20"/>
        </w:rPr>
        <w:t>Articolo 1 – Oggetto del Contratto</w:t>
      </w:r>
    </w:p>
    <w:p>
      <w:r>
        <w:rPr>
          <w:b w:val="0"/>
          <w:sz w:val="20"/>
        </w:rPr>
        <w:t>Il Promittente Committente si impegna a trasferire la proprietà del terreno sopra descritto al Promittente Costruttore, il quale si impegna a realizzare e trasferire in permuta un immobile di nuova costruzione, sito nello stesso Comune, con le caratteristiche tecniche, i materiali e le finiture riportate nel progetto allegato al presente contratto, che costituisce parte integrante e sostanziale dello stesso.</w:t>
      </w:r>
    </w:p>
    <w:p/>
    <w:p>
      <w:r>
        <w:rPr>
          <w:b/>
          <w:sz w:val="20"/>
        </w:rPr>
        <w:t>Articolo 2 – Progetto e Realizzazione</w:t>
      </w:r>
    </w:p>
    <w:p>
      <w:r>
        <w:rPr>
          <w:b w:val="0"/>
          <w:sz w:val="20"/>
        </w:rPr>
        <w:t>Il Promittente Costruttore si obbliga a realizzare l’immobile oggetto della permuta secondo il progetto approvato, nel rispetto della normativa vigente in materia urbanistica, edilizia e catastale. Ogni modifica sostanziale al progetto dovrà essere concordata per iscritto tra le parti.</w:t>
      </w:r>
    </w:p>
    <w:p/>
    <w:p>
      <w:r>
        <w:rPr>
          <w:b/>
          <w:sz w:val="20"/>
        </w:rPr>
        <w:t>Articolo 3 – Termine di Consegna</w:t>
      </w:r>
    </w:p>
    <w:p>
      <w:r>
        <w:rPr>
          <w:b w:val="0"/>
          <w:sz w:val="20"/>
        </w:rPr>
        <w:t>Il Promittente Costruttore si impegna a consegnare l’immobile costruito entro il termine di ______ mesi dalla data di stipula del presente contratto preliminare. In caso di ritardo ingiustificato superiore a ______ giorni, il Promittente Committente avrà diritto di risolvere il contratto, salvo il risarcimento dei danni.</w:t>
      </w:r>
    </w:p>
    <w:p/>
    <w:p>
      <w:r>
        <w:rPr>
          <w:b/>
          <w:sz w:val="20"/>
        </w:rPr>
        <w:t>Articolo 4 – Permuta e Valori</w:t>
      </w:r>
    </w:p>
    <w:p>
      <w:r>
        <w:rPr>
          <w:b w:val="0"/>
          <w:sz w:val="20"/>
        </w:rPr>
        <w:t>Le parti concordano che il terreno oggetto della permuta ha un valore commerciale stimato in Euro ________________, mentre l’immobile da costruire ha un valore equivalente, calcolato secondo la perizia allegata al presente atto. Non sono previsti conguagli in denaro tra le parti, salvo diverso accordo scritto.</w:t>
      </w:r>
    </w:p>
    <w:p/>
    <w:p>
      <w:r>
        <w:rPr>
          <w:b/>
          <w:sz w:val="20"/>
        </w:rPr>
        <w:t>Articolo 5 – Obblighi delle Parti</w:t>
      </w:r>
    </w:p>
    <w:p>
      <w:r>
        <w:rPr>
          <w:b w:val="0"/>
          <w:sz w:val="20"/>
        </w:rPr>
        <w:t>a) Il Promittente Committente garantisce la piena proprietà e la libera disponibilità del terreno, libero da ipoteche, vincoli o gravami;</w:t>
      </w:r>
    </w:p>
    <w:p>
      <w:r>
        <w:rPr>
          <w:b w:val="0"/>
          <w:sz w:val="20"/>
        </w:rPr>
        <w:t>b) Il Promittente Costruttore si impegna a realizzare l’immobile a regola d’arte, secondo le normative vigenti e nel rispetto dei tempi concordati;</w:t>
      </w:r>
    </w:p>
    <w:p>
      <w:r>
        <w:rPr>
          <w:b w:val="0"/>
          <w:sz w:val="20"/>
        </w:rPr>
        <w:t>c) Entrambe le parti si obbligano a collaborare per ottenere tutte le autorizzazioni necessarie alla realizzazione dell’immobile;</w:t>
      </w:r>
    </w:p>
    <w:p>
      <w:r>
        <w:rPr>
          <w:b w:val="0"/>
          <w:sz w:val="20"/>
        </w:rPr>
        <w:t>d) Le parti dichiarano di non aver subito condanne o contenziosi che possano pregiudicare la validità del presente contratto.</w:t>
      </w:r>
    </w:p>
    <w:p/>
    <w:p>
      <w:r>
        <w:rPr>
          <w:b/>
          <w:sz w:val="20"/>
        </w:rPr>
        <w:t>Articolo 6 – Trasferimenti e Passaggi di Proprietà</w:t>
      </w:r>
    </w:p>
    <w:p>
      <w:r>
        <w:rPr>
          <w:b w:val="0"/>
          <w:sz w:val="20"/>
        </w:rPr>
        <w:t>Il trasferimento di proprietà del terreno avverrà contestualmente al trasferimento dell’immobile costruito, mediante rogito notarile da stipularsi entro ____ mesi dalla consegna dell’immobile. Gli oneri fiscali e notarili saranno a carico di entrambe le parti in misura proporzionale come da accordi contrattuali.</w:t>
      </w:r>
    </w:p>
    <w:p/>
    <w:p>
      <w:r>
        <w:rPr>
          <w:b/>
          <w:sz w:val="20"/>
        </w:rPr>
        <w:t>Articolo 7 – Garanzie e Responsabilità</w:t>
      </w:r>
    </w:p>
    <w:p>
      <w:r>
        <w:rPr>
          <w:b w:val="0"/>
          <w:sz w:val="20"/>
        </w:rPr>
        <w:t>Il Promittente Costruttore garantisce che l’immobile sarà conforme alle normative vigenti, libero da vizi e difetti, e si impegna a rimediare a eventuali difformità entro i termini di legge. Il Promittente Committente dichiara di aver visionato e approvato il progetto e si assume la responsabilità della proprietà del terreno.</w:t>
      </w:r>
    </w:p>
    <w:p/>
    <w:p>
      <w:r>
        <w:rPr>
          <w:b/>
          <w:sz w:val="20"/>
        </w:rPr>
        <w:t>Articolo 8 – Risoluzione del Contratto</w:t>
      </w:r>
    </w:p>
    <w:p>
      <w:r>
        <w:rPr>
          <w:b w:val="0"/>
          <w:sz w:val="20"/>
        </w:rPr>
        <w:t>In caso di inadempimento di una delle parti, l’altra potrà notificare una diffida ad adempiere entro 30 giorni. Decorso tale termine senza adempimento, il contratto si intenderà risolto di diritto, fatto salvo il risarcimento del danno.</w:t>
      </w:r>
    </w:p>
    <w:p/>
    <w:p>
      <w:r>
        <w:rPr>
          <w:b/>
          <w:sz w:val="20"/>
        </w:rPr>
        <w:t>Articolo 9 – Foro Competente</w:t>
      </w:r>
    </w:p>
    <w:p>
      <w:r>
        <w:rPr>
          <w:b w:val="0"/>
          <w:sz w:val="20"/>
        </w:rPr>
        <w:t>Per qualsiasi controversia relativa all’interpretazione, esecuzione o risoluzione del presente contratto sarà competente in via esclusiva il Foro del luogo di residenza del Promittente Committente, salvo diversa disposizione inderogabile di legge.</w:t>
      </w:r>
    </w:p>
    <w:p/>
    <w:p/>
    <w:p>
      <w:r>
        <w:rPr>
          <w:b w:val="0"/>
          <w:sz w:val="20"/>
        </w:rPr>
        <w:t>Luogo : ________________________________________________________</w:t>
      </w:r>
    </w:p>
    <w:p>
      <w:r>
        <w:rPr>
          <w:b w:val="0"/>
          <w:sz w:val="20"/>
        </w:rPr>
        <w:t>Data : 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PROMITTENTE COMMITTENTE</w:t>
            </w:r>
          </w:p>
        </w:tc>
        <w:tc>
          <w:tcPr>
            <w:tcW w:type="dxa" w:w="4986"/>
            <w:tcBorders>
              <w:top w:val="nil"/>
              <w:left w:val="nil"/>
              <w:bottom w:val="nil"/>
              <w:right w:val="nil"/>
              <w:insideH w:val="nil"/>
              <w:insideV w:val="nil"/>
            </w:tcBorders>
          </w:tcPr>
          <w:p>
            <w:pPr>
              <w:jc w:val="center"/>
            </w:pPr>
            <w:r>
              <w:t>PROMITTENTE COSTRUTTORE</w:t>
            </w:r>
          </w:p>
        </w:tc>
      </w:tr>
      <w:tr>
        <w:tc>
          <w:tcPr>
            <w:tcW w:type="dxa" w:w="4986"/>
            <w:tcBorders>
              <w:top w:val="nil"/>
              <w:left w:val="nil"/>
              <w:bottom w:val="nil"/>
              <w:right w:val="nil"/>
              <w:insideH w:val="nil"/>
              <w:insideV w:val="nil"/>
            </w:tcBorders>
          </w:tcPr>
          <w:p>
            <w:pPr>
              <w:jc w:val="center"/>
            </w:pPr>
            <w:r>
              <w:br/>
              <w:br/>
              <w:t>Firma : ____________________________</w:t>
            </w:r>
          </w:p>
        </w:tc>
        <w:tc>
          <w:tcPr>
            <w:tcW w:type="dxa" w:w="4986"/>
            <w:tcBorders>
              <w:top w:val="nil"/>
              <w:left w:val="nil"/>
              <w:bottom w:val="nil"/>
              <w:right w:val="nil"/>
              <w:insideH w:val="nil"/>
              <w:insideV w:val="nil"/>
            </w:tcBorders>
          </w:tcPr>
          <w:p>
            <w:pPr>
              <w:jc w:val="center"/>
            </w:pPr>
            <w:r>
              <w:br/>
              <w:br/>
              <w:t>Firma : ____________________________</w:t>
            </w:r>
          </w:p>
        </w:tc>
      </w:tr>
      <w:tr>
        <w:tc>
          <w:tcPr>
            <w:tcW w:type="dxa" w:w="4986"/>
            <w:tcBorders>
              <w:top w:val="nil"/>
              <w:left w:val="nil"/>
              <w:bottom w:val="nil"/>
              <w:right w:val="nil"/>
              <w:insideH w:val="nil"/>
              <w:insideV w:val="nil"/>
            </w:tcBorders>
          </w:tcPr>
          <w:p>
            <w:pPr>
              <w:jc w:val="center"/>
            </w:pPr>
            <w:r>
              <w:t>Nome : ______________________________</w:t>
            </w:r>
          </w:p>
        </w:tc>
        <w:tc>
          <w:tcPr>
            <w:tcW w:type="dxa" w:w="4986"/>
            <w:tcBorders>
              <w:top w:val="nil"/>
              <w:left w:val="nil"/>
              <w:bottom w:val="nil"/>
              <w:right w:val="nil"/>
              <w:insideH w:val="nil"/>
              <w:insideV w:val="nil"/>
            </w:tcBorders>
          </w:tcPr>
          <w:p>
            <w:pPr>
              <w:jc w:val="center"/>
            </w:pPr>
            <w:r>
              <w:t>Nome : ______________________________</w:t>
            </w:r>
          </w:p>
        </w:tc>
      </w:tr>
    </w:tbl>
    <w:p>
      <w:r>
        <w:br w:type="page"/>
      </w:r>
    </w:p>
    <w:p>
      <w:pPr>
        <w:jc w:val="center"/>
      </w:pPr>
      <w:r>
        <w:rPr>
          <w:color w:val="555555"/>
          <w:sz w:val="24"/>
        </w:rPr>
        <w:t>Fonte originale di questo documento:</w:t>
      </w:r>
    </w:p>
    <w:p>
      <w:pPr>
        <w:jc w:val="center"/>
      </w:pPr>
      <w:hyperlink r:id="rId9">
        <w:r>
          <w:rPr>
            <w:color w:val="0000FF"/>
            <w:u w:val="single"/>
          </w:rPr>
          <w:t>https://esperto-contratti.com/fac-simile-contratto-preliminare-di-permuta-immobile-da-costruire/</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https://esperto-contratti.com</w:t>
        </w:r>
      </w:hyperlink>
    </w:p>
    <w:p>
      <w:pPr>
        <w:jc w:val="center"/>
      </w:pPr>
      <w:r>
        <w:rPr>
          <w:color w:val="808080"/>
          <w:sz w:val="20"/>
        </w:rPr>
        <w:t>Questo modello è destinato esclusivamente a un uso personale e non commerciale.</w:t>
        <w:br/>
        <w:t>Qualsiasi diffusione o pubblicazione deve citare obbligatoriamente la fonte. © esperto-contratti.com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sperto-contratti.com/fac-simile-contratto-preliminare-di-permuta-immobile-da-costruire/" TargetMode="External"/><Relationship Id="rId10" Type="http://schemas.openxmlformats.org/officeDocument/2006/relationships/hyperlink" Target="https://esperto-contratt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