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FAC-SIMILE CONTRATTO PER SERVIZI DI PULIZIA CONDOMINIALE</w:t>
      </w:r>
    </w:p>
    <w:p/>
    <w:p>
      <w:r>
        <w:rPr>
          <w:b/>
          <w:sz w:val="20"/>
        </w:rPr>
        <w:t>TRA</w:t>
      </w:r>
    </w:p>
    <w:p>
      <w:r>
        <w:rPr>
          <w:b w:val="0"/>
          <w:sz w:val="20"/>
        </w:rPr>
        <w:t>Il Condominio ________________________________________________________, con sede in ____________________________________________________, codice fiscale ____________________________________________________,</w:t>
      </w:r>
    </w:p>
    <w:p>
      <w:r>
        <w:rPr>
          <w:b w:val="0"/>
          <w:sz w:val="20"/>
        </w:rPr>
        <w:t>rappresentato dal Amministratore Sig./Sig.ra ________________________________________________, di seguito denominato “Committente”.</w:t>
      </w:r>
    </w:p>
    <w:p/>
    <w:p>
      <w:r>
        <w:rPr>
          <w:b/>
          <w:sz w:val="20"/>
        </w:rPr>
        <w:t>E</w:t>
      </w:r>
    </w:p>
    <w:p>
      <w:r>
        <w:rPr>
          <w:b w:val="0"/>
          <w:sz w:val="20"/>
        </w:rPr>
        <w:t>La ditta _______________________________________________, con sede legale in ________________________________________________, codice fiscale/Partita IVA ________________________________________________,</w:t>
      </w:r>
    </w:p>
    <w:p>
      <w:r>
        <w:rPr>
          <w:b w:val="0"/>
          <w:sz w:val="20"/>
        </w:rPr>
        <w:t>rappresentata dal legale rappresentante Sig./Sig.ra ________________________________________________, di seguito denominata “Appaltatore”.</w:t>
      </w:r>
    </w:p>
    <w:p/>
    <w:p>
      <w:r>
        <w:rPr>
          <w:b/>
          <w:sz w:val="20"/>
        </w:rPr>
        <w:t>PREMESSO CHE</w:t>
      </w:r>
    </w:p>
    <w:p>
      <w:r>
        <w:rPr>
          <w:b w:val="0"/>
          <w:sz w:val="20"/>
        </w:rPr>
        <w:t>a) Il Committente intende affidare all’Appaltatore l’esecuzione di servizi di pulizia e manutenzione ordinaria degli spazi comuni del condominio sopra indicato;</w:t>
      </w:r>
    </w:p>
    <w:p>
      <w:r>
        <w:rPr>
          <w:b w:val="0"/>
          <w:sz w:val="20"/>
        </w:rPr>
        <w:t>b) L’Appaltatore dichiara di possedere le competenze, le autorizzazioni e le risorse necessarie per eseguire i servizi richiesti;</w:t>
      </w:r>
    </w:p>
    <w:p>
      <w:r>
        <w:rPr>
          <w:b w:val="0"/>
          <w:sz w:val="20"/>
        </w:rPr>
        <w:t>c) Le parti intendono disciplinare i rapporti contrattuali attraverso il presente contratto, nel rispetto della normativa vigente in materia di appalti e servizi in Italia.</w:t>
      </w:r>
    </w:p>
    <w:p/>
    <w:p/>
    <w:p>
      <w:r>
        <w:rPr>
          <w:b/>
          <w:sz w:val="20"/>
        </w:rPr>
        <w:t>Articolo 1 – Oggetto del Contratto</w:t>
      </w:r>
    </w:p>
    <w:p>
      <w:r>
        <w:rPr>
          <w:b w:val="0"/>
          <w:sz w:val="20"/>
        </w:rPr>
        <w:t>Il presente contratto ha per oggetto la prestazione, da parte dell’Appaltatore, dei servizi di pulizia e manutenzione ordinaria delle aree comuni del condominio sito in ____________________________________________________, secondo le modalità e le condizioni stabilite nel presente documento.</w:t>
      </w:r>
    </w:p>
    <w:p/>
    <w:p>
      <w:r>
        <w:rPr>
          <w:b/>
          <w:sz w:val="20"/>
        </w:rPr>
        <w:t>Articolo 2 – Durata del Contratto</w:t>
      </w:r>
    </w:p>
    <w:p>
      <w:r>
        <w:rPr>
          <w:b w:val="0"/>
          <w:sz w:val="20"/>
        </w:rPr>
        <w:t>Il contratto ha una durata di ____________ mesi/anni a partire dalla data di sottoscrizione, salvo proroghe o rinnovi concordati per iscritto tra le parti.</w:t>
      </w:r>
    </w:p>
    <w:p/>
    <w:p>
      <w:r>
        <w:rPr>
          <w:b/>
          <w:sz w:val="20"/>
        </w:rPr>
        <w:t>Articolo 3 – Descrizione dei Servizi</w:t>
      </w:r>
    </w:p>
    <w:p>
      <w:r>
        <w:rPr>
          <w:b w:val="0"/>
          <w:sz w:val="20"/>
        </w:rPr>
        <w:t>L’Appaltatore si impegna a svolgere i seguenti servizi:</w:t>
      </w:r>
    </w:p>
    <w:p>
      <w:r>
        <w:rPr>
          <w:b w:val="0"/>
          <w:sz w:val="20"/>
        </w:rPr>
        <w:t>- Pulizia giornaliera delle scale, pianerottoli, ingressi e corridoi;</w:t>
      </w:r>
    </w:p>
    <w:p>
      <w:r>
        <w:rPr>
          <w:b w:val="0"/>
          <w:sz w:val="20"/>
        </w:rPr>
        <w:t>- Pulizia e sanificazione degli ascensori;</w:t>
      </w:r>
    </w:p>
    <w:p>
      <w:r>
        <w:rPr>
          <w:b w:val="0"/>
          <w:sz w:val="20"/>
        </w:rPr>
        <w:t>- Pulizia delle aree esterne e dei cortili condominiali;</w:t>
      </w:r>
    </w:p>
    <w:p>
      <w:r>
        <w:rPr>
          <w:b w:val="0"/>
          <w:sz w:val="20"/>
        </w:rPr>
        <w:t>- Rimozione di rifiuti e materiali ingombranti nelle aree comuni;</w:t>
      </w:r>
    </w:p>
    <w:p>
      <w:r>
        <w:rPr>
          <w:b w:val="0"/>
          <w:sz w:val="20"/>
        </w:rPr>
        <w:t>- Manutenzione ordinaria di arredi, infissi e attrezzature comuni;</w:t>
      </w:r>
    </w:p>
    <w:p>
      <w:r>
        <w:rPr>
          <w:b w:val="0"/>
          <w:sz w:val="20"/>
        </w:rPr>
        <w:t>- Eventuali altri servizi specificati e concordati per iscritto dalle parti.</w:t>
      </w:r>
    </w:p>
    <w:p/>
    <w:p>
      <w:r>
        <w:rPr>
          <w:b/>
          <w:sz w:val="20"/>
        </w:rPr>
        <w:t>Articolo 4 – Corrispettivo e Modalità di Pagamento</w:t>
      </w:r>
    </w:p>
    <w:p>
      <w:r>
        <w:rPr>
          <w:b w:val="0"/>
          <w:sz w:val="20"/>
        </w:rPr>
        <w:t>Il Committente si impegna a corrispondere all’Appaltatore un corrispettivo pari a € ____________ (euro _________________) mensili, IVA inclusa/esclusa (barrare la voce corretta).</w:t>
      </w:r>
    </w:p>
    <w:p>
      <w:r>
        <w:rPr>
          <w:b w:val="0"/>
          <w:sz w:val="20"/>
        </w:rPr>
        <w:t>Il pagamento sarà effettuato entro il giorno ____________ di ogni mese, a mezzo bonifico bancario sul conto corrente indicato dall’Appaltatore.</w:t>
      </w:r>
    </w:p>
    <w:p/>
    <w:p>
      <w:r>
        <w:rPr>
          <w:b/>
          <w:sz w:val="20"/>
        </w:rPr>
        <w:t>Articolo 5 – Obblighi dell’Appaltatore</w:t>
      </w:r>
    </w:p>
    <w:p>
      <w:r>
        <w:rPr>
          <w:b w:val="0"/>
          <w:sz w:val="20"/>
        </w:rPr>
        <w:t>L’Appaltatore si impegna a:</w:t>
      </w:r>
    </w:p>
    <w:p>
      <w:r>
        <w:rPr>
          <w:b w:val="0"/>
          <w:sz w:val="20"/>
        </w:rPr>
        <w:t>- Eseguire i servizi con diligenza, professionalità e nel rispetto delle norme di sicurezza e igiene;</w:t>
      </w:r>
    </w:p>
    <w:p>
      <w:r>
        <w:rPr>
          <w:b w:val="0"/>
          <w:sz w:val="20"/>
        </w:rPr>
        <w:t>- Utilizzare prodotti e attrezzature conformi alla normativa vigente e idonei alle prestazioni richieste;</w:t>
      </w:r>
    </w:p>
    <w:p>
      <w:r>
        <w:rPr>
          <w:b w:val="0"/>
          <w:sz w:val="20"/>
        </w:rPr>
        <w:t>- Garantire la presenza di personale qualificato e formato;</w:t>
      </w:r>
    </w:p>
    <w:p>
      <w:r>
        <w:rPr>
          <w:b w:val="0"/>
          <w:sz w:val="20"/>
        </w:rPr>
        <w:t>- Rispettare gli orari e le modalità di accesso concordati con il Committente;</w:t>
      </w:r>
    </w:p>
    <w:p>
      <w:r>
        <w:rPr>
          <w:b w:val="0"/>
          <w:sz w:val="20"/>
        </w:rPr>
        <w:t>- Comunicare tempestivamente eventuali problematiche o necessità di interventi straordinari;</w:t>
      </w:r>
    </w:p>
    <w:p>
      <w:r>
        <w:rPr>
          <w:b w:val="0"/>
          <w:sz w:val="20"/>
        </w:rPr>
        <w:t>- Assumersi ogni responsabilità in ordine a danni causati a persone o cose durante l’esecuzione del servizio.</w:t>
      </w:r>
    </w:p>
    <w:p/>
    <w:p>
      <w:r>
        <w:rPr>
          <w:b/>
          <w:sz w:val="20"/>
        </w:rPr>
        <w:t>Articolo 6 – Obblighi del Committente</w:t>
      </w:r>
    </w:p>
    <w:p>
      <w:r>
        <w:rPr>
          <w:b w:val="0"/>
          <w:sz w:val="20"/>
        </w:rPr>
        <w:t>Il Committente si impegna a:</w:t>
      </w:r>
    </w:p>
    <w:p>
      <w:r>
        <w:rPr>
          <w:b w:val="0"/>
          <w:sz w:val="20"/>
        </w:rPr>
        <w:t>- Fornire all’Appaltatore tutte le informazioni necessarie per l’esecuzione del servizio;</w:t>
      </w:r>
    </w:p>
    <w:p>
      <w:r>
        <w:rPr>
          <w:b w:val="0"/>
          <w:sz w:val="20"/>
        </w:rPr>
        <w:t>- Consentire l’accesso alle aree comuni secondo le modalità concordate;</w:t>
      </w:r>
    </w:p>
    <w:p>
      <w:r>
        <w:rPr>
          <w:b w:val="0"/>
          <w:sz w:val="20"/>
        </w:rPr>
        <w:t>- Provvedere al pagamento puntuale del corrispettivo;</w:t>
      </w:r>
    </w:p>
    <w:p>
      <w:r>
        <w:rPr>
          <w:b w:val="0"/>
          <w:sz w:val="20"/>
        </w:rPr>
        <w:t>- Segnalare tempestivamente eventuali inadempienze o disservizi rilevati.</w:t>
      </w:r>
    </w:p>
    <w:p/>
    <w:p>
      <w:r>
        <w:rPr>
          <w:b/>
          <w:sz w:val="20"/>
        </w:rPr>
        <w:t>Articolo 7 – Responsabilità e Assicurazioni</w:t>
      </w:r>
    </w:p>
    <w:p>
      <w:r>
        <w:rPr>
          <w:b w:val="0"/>
          <w:sz w:val="20"/>
        </w:rPr>
        <w:t>L’Appaltatore è responsabile per i danni causati a terzi o al condominio in relazione all’esecuzione del servizio.</w:t>
      </w:r>
    </w:p>
    <w:p>
      <w:r>
        <w:rPr>
          <w:b w:val="0"/>
          <w:sz w:val="20"/>
        </w:rPr>
        <w:t>L’Appaltatore si impegna a stipulare e mantenere attiva una polizza assicurativa per la responsabilità civile verso terzi, con massimale adeguato, e a fornire copia della polizza al Committente su richiesta.</w:t>
      </w:r>
    </w:p>
    <w:p/>
    <w:p>
      <w:r>
        <w:rPr>
          <w:b/>
          <w:sz w:val="20"/>
        </w:rPr>
        <w:t>Articolo 8 – Risoluzione del Contratto</w:t>
      </w:r>
    </w:p>
    <w:p>
      <w:r>
        <w:rPr>
          <w:b w:val="0"/>
          <w:sz w:val="20"/>
        </w:rPr>
        <w:t>Il contratto può essere risolto da ciascuna delle parti mediante comunicazione scritta con un preavviso di almeno 30 (trenta) giorni.</w:t>
      </w:r>
    </w:p>
    <w:p>
      <w:r>
        <w:rPr>
          <w:b w:val="0"/>
          <w:sz w:val="20"/>
        </w:rPr>
        <w:t>La risoluzione immediata può avvenire in caso di grave inadempimento contrattuale, previa comunicazione scritta con indicazione delle motivazioni.</w:t>
      </w:r>
    </w:p>
    <w:p/>
    <w:p>
      <w:r>
        <w:rPr>
          <w:b/>
          <w:sz w:val="20"/>
        </w:rPr>
        <w:t>Articolo 9 – Trattamento dei Dati Personali</w:t>
      </w:r>
    </w:p>
    <w:p>
      <w:r>
        <w:rPr>
          <w:b w:val="0"/>
          <w:sz w:val="20"/>
        </w:rPr>
        <w:t>Le parti si impegnano a rispettare le disposizioni del Regolamento UE 2016/679 (GDPR) in materia di protezione dei dati personali acquisiti in relazione al presente contratto.</w:t>
      </w:r>
    </w:p>
    <w:p>
      <w:r>
        <w:rPr>
          <w:b w:val="0"/>
          <w:sz w:val="20"/>
        </w:rPr>
        <w:t>I dati saranno utilizzati esclusivamente per le finalità connesse all’esecuzione del contratto e non saranno comunicati a terzi senza consenso, salvo obblighi di legge.</w:t>
      </w:r>
    </w:p>
    <w:p/>
    <w:p>
      <w:r>
        <w:rPr>
          <w:b/>
          <w:sz w:val="20"/>
        </w:rPr>
        <w:t>Articolo 10 – Foro Competente e Legge Applicabile</w:t>
      </w:r>
    </w:p>
    <w:p>
      <w:r>
        <w:rPr>
          <w:b w:val="0"/>
          <w:sz w:val="20"/>
        </w:rPr>
        <w:t>Per qualsiasi controversia derivante dal presente contratto sarà competente in via esclusiva il Foro di _____________.</w:t>
      </w:r>
    </w:p>
    <w:p>
      <w:r>
        <w:rPr>
          <w:b w:val="0"/>
          <w:sz w:val="20"/>
        </w:rPr>
        <w:t>Il presente contratto è regolato dalla legge italiana.</w:t>
      </w:r>
    </w:p>
    <w:p/>
    <w:p/>
    <w:p>
      <w:r>
        <w:rPr>
          <w:b w:val="0"/>
          <w:sz w:val="20"/>
        </w:rPr>
        <w:t>Luogo,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APPALTATORE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https://esperto-contratti.com/fac-simile-contratto-servizi-di-pulizia-condominio/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https://esperto-contratti.com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esperto-contratti.com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contratti.com/fac-simile-contratto-servizi-di-pulizia-condominio/" TargetMode="External"/><Relationship Id="rId10" Type="http://schemas.openxmlformats.org/officeDocument/2006/relationships/hyperlink" Target="https://esperto-contrat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