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RECLAMO PER CONTRATTO NON RICHIESTO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Oggetto: Reclamo per contratto non richiesto e richiesta di annullamento</w:t>
      </w:r>
    </w:p>
    <w:p/>
    <w:p>
      <w:r>
        <w:rPr>
          <w:b/>
          <w:sz w:val="20"/>
        </w:rPr>
        <w:t>Il/la sottoscritto/a 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Indirizzo : ______________________________________________________</w:t>
      </w:r>
    </w:p>
    <w:p>
      <w:r>
        <w:rPr>
          <w:b w:val="0"/>
          <w:sz w:val="20"/>
        </w:rPr>
        <w:t>Città : __________________________ CAP : _________________________</w:t>
      </w:r>
    </w:p>
    <w:p>
      <w:r>
        <w:rPr>
          <w:b w:val="0"/>
          <w:sz w:val="20"/>
        </w:rPr>
        <w:t>Telefono : _______________________________________________________</w:t>
      </w:r>
    </w:p>
    <w:p>
      <w:r>
        <w:rPr>
          <w:b w:val="0"/>
          <w:sz w:val="20"/>
        </w:rPr>
        <w:t>Email : _________________________________________________________</w:t>
      </w:r>
    </w:p>
    <w:p/>
    <w:p>
      <w:r>
        <w:rPr>
          <w:b/>
          <w:sz w:val="20"/>
        </w:rPr>
        <w:t>Destinatario del reclamo :</w:t>
      </w:r>
    </w:p>
    <w:p>
      <w:r>
        <w:rPr>
          <w:b w:val="0"/>
          <w:sz w:val="20"/>
        </w:rPr>
        <w:t>Ragione Sociale : ________________________________________________</w:t>
      </w:r>
    </w:p>
    <w:p>
      <w:r>
        <w:rPr>
          <w:b w:val="0"/>
          <w:sz w:val="20"/>
        </w:rPr>
        <w:t>Indirizzo : ______________________________________________________</w:t>
      </w:r>
    </w:p>
    <w:p>
      <w:r>
        <w:rPr>
          <w:b w:val="0"/>
          <w:sz w:val="20"/>
        </w:rPr>
        <w:t>Città : __________________________ CAP : _________________________</w:t>
      </w:r>
    </w:p>
    <w:p/>
    <w:p>
      <w:r>
        <w:rPr>
          <w:b/>
          <w:sz w:val="20"/>
        </w:rPr>
        <w:t>Premesso che :</w:t>
      </w:r>
    </w:p>
    <w:p>
      <w:r>
        <w:rPr>
          <w:b w:val="0"/>
          <w:sz w:val="20"/>
        </w:rPr>
        <w:t>a) Non ho mai richiesto, né sottoscritto alcun contratto o accordo con la Vostra società;</w:t>
      </w:r>
    </w:p>
    <w:p>
      <w:r>
        <w:rPr>
          <w:b w:val="0"/>
          <w:sz w:val="20"/>
        </w:rPr>
        <w:t>b) Ho ricevuto comunicazione/documentazione relativa ad un contratto a mio nome che non ho autorizzato;</w:t>
      </w:r>
    </w:p>
    <w:p>
      <w:r>
        <w:rPr>
          <w:b w:val="0"/>
          <w:sz w:val="20"/>
        </w:rPr>
        <w:t>c) Tale situazione mi ha causato disagio e potenziali danni economici e di reputazione;</w:t>
      </w:r>
    </w:p>
    <w:p/>
    <w:p>
      <w:r>
        <w:rPr>
          <w:b/>
          <w:sz w:val="20"/>
        </w:rPr>
        <w:t>Considerato che :</w:t>
      </w:r>
    </w:p>
    <w:p>
      <w:r>
        <w:rPr>
          <w:b w:val="0"/>
          <w:sz w:val="20"/>
        </w:rPr>
        <w:t>a) La sottoscrizione di un contratto senza il consenso espresso costituisce violazione del Codice Civile e della normativa a tutela del consumatore;</w:t>
      </w:r>
    </w:p>
    <w:p>
      <w:r>
        <w:rPr>
          <w:b w:val="0"/>
          <w:sz w:val="20"/>
        </w:rPr>
        <w:t>b) L'art. 33 del Codice del Consumo prevede il diritto di recesso entro 14 giorni per i contratti a distanza e fuori dai locali commerciali;</w:t>
      </w:r>
    </w:p>
    <w:p>
      <w:r>
        <w:rPr>
          <w:b w:val="0"/>
          <w:sz w:val="20"/>
        </w:rPr>
        <w:t>c) L'art. 21 del Codice del Consumo vieta pratiche commerciali scorrette e aggressive.</w:t>
      </w:r>
    </w:p>
    <w:p/>
    <w:p>
      <w:r>
        <w:rPr>
          <w:b/>
          <w:sz w:val="20"/>
        </w:rPr>
        <w:t>Con la presente :</w:t>
      </w:r>
    </w:p>
    <w:p>
      <w:r>
        <w:rPr>
          <w:b w:val="0"/>
          <w:sz w:val="20"/>
        </w:rPr>
        <w:t>1. Reclamo formalmente la stipula del contratto non richiesto e ne chiedo l’immediata cessazione e annullamento senza alcun onere a mio carico;</w:t>
      </w:r>
    </w:p>
    <w:p>
      <w:r>
        <w:rPr>
          <w:b w:val="0"/>
          <w:sz w:val="20"/>
        </w:rPr>
        <w:t>2. Richiedo la conferma scritta della presa in carico del reclamo e la comunicazione dell’esito entro 30 giorni dalla ricezione della presente;</w:t>
      </w:r>
    </w:p>
    <w:p>
      <w:r>
        <w:rPr>
          <w:b w:val="0"/>
          <w:sz w:val="20"/>
        </w:rPr>
        <w:t>3. Mi riservo di adire le vie legali e segnalare l’accaduto alle autorità competenti in caso di mancata risoluzione o mancata risposta entro i termini previsti.</w:t>
      </w:r>
    </w:p>
    <w:p/>
    <w:p>
      <w:pPr>
        <w:jc w:val="center"/>
      </w:pPr>
      <w:r>
        <w:rPr>
          <w:b w:val="0"/>
          <w:sz w:val="20"/>
        </w:rPr>
        <w:t>In fede,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Reclamatore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Allegati:</w:t>
      </w:r>
    </w:p>
    <w:p>
      <w:r>
        <w:rPr>
          <w:b w:val="0"/>
          <w:sz w:val="20"/>
        </w:rPr>
        <w:t>- Copia documento d'identità</w:t>
      </w:r>
    </w:p>
    <w:p>
      <w:r>
        <w:rPr>
          <w:b w:val="0"/>
          <w:sz w:val="20"/>
        </w:rPr>
        <w:t>- Eventuale documentazione relativa al contratto contestato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https://esperto-contratti.com/fac-simile-reclamo-per-contratto-non-richiesto/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reclamo-per-contratto-non-richiesto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