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INVITO ALLA STIPULA DEL CONTRATTO DEFINITIVO</w:t>
      </w:r>
    </w:p>
    <w:p/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/>
    <w:p>
      <w:r>
        <w:rPr>
          <w:b/>
          <w:sz w:val="20"/>
        </w:rPr>
        <w:t>Oggetto: Invito alla stipula del contratto definitivo</w:t>
      </w:r>
    </w:p>
    <w:p/>
    <w:p>
      <w:r>
        <w:rPr>
          <w:b w:val="0"/>
          <w:sz w:val="20"/>
        </w:rPr>
        <w:t>Gentile Signore/Signora,</w:t>
      </w:r>
    </w:p>
    <w:p/>
    <w:p>
      <w:r>
        <w:rPr>
          <w:b w:val="0"/>
          <w:sz w:val="20"/>
        </w:rPr>
        <w:t>con la presente siamo a invitarLa formalmente alla stipula del contratto definitivo relativo all'incarico di agenzia, in seguito agli accordi preliminari intercorsi e alla positiva valutazione delle condizioni contrattuali proposte. La stipula del contratto avverrà presso la nostra sede, secondo le modalità che verranno concordate tra le parti.</w:t>
      </w:r>
    </w:p>
    <w:p/>
    <w:p>
      <w:r>
        <w:rPr>
          <w:b w:val="0"/>
          <w:sz w:val="20"/>
        </w:rPr>
        <w:t>Si precisa che il contratto definitivo conterrà tutte le condizioni di collaborazione, nonché i diritti e gli obblighi reciproci, in conformità alla normativa vigente, con particolare riguardo agli articoli del Codice Civile in materia di agenzia (artt. 1742 e seguenti).</w:t>
      </w:r>
    </w:p>
    <w:p/>
    <w:p>
      <w:r>
        <w:rPr>
          <w:b w:val="0"/>
          <w:sz w:val="20"/>
        </w:rPr>
        <w:t>La invitiamo pertanto a prendere contatto con il nostro ufficio per concordare la data e l'orario più convenienti per entrambi, al fine di procedere alla sottoscrizione del contratto.</w:t>
      </w:r>
    </w:p>
    <w:p/>
    <w:p>
      <w:r>
        <w:rPr>
          <w:b w:val="0"/>
          <w:sz w:val="20"/>
        </w:rPr>
        <w:t>Rimaniamo a disposizione per qualsiasi chiarimento o ulteriore informazione e confidiamo in una proficua e duratura collaborazione.</w:t>
      </w:r>
    </w:p>
    <w:p/>
    <w:p/>
    <w:p>
      <w:r>
        <w:rPr>
          <w:b w:val="0"/>
          <w:sz w:val="20"/>
        </w:rPr>
        <w:t>Distinti saluti,</w:t>
      </w:r>
    </w:p>
    <w:p/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Il Preponente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PREPONENTE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AGENTE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/>
    <w:p/>
    <w:p>
      <w:r>
        <w:rPr>
          <w:b w:val="0"/>
          <w:sz w:val="20"/>
        </w:rPr>
        <w:t>Luogo, _______________    Data, 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https://esperto-contratti.com/lettera-invito-stipula-contratto-definitivo-fac-simile/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lettera-invito-stipula-contratto-definitivo-fac-simile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