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TRASFORMAZIONE DEL CONTRATTO DI LAVORO</w:t>
      </w:r>
    </w:p>
    <w:p>
      <w:pPr>
        <w:jc w:val="center"/>
      </w:pPr>
      <w:r>
        <w:rPr>
          <w:b/>
          <w:sz w:val="20"/>
        </w:rPr>
        <w:t>DA TEMPO DETERMINATO A TEMPO INDETERMINATO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Sede Legale</w:t>
      </w:r>
    </w:p>
    <w:p>
      <w:r>
        <w:rPr>
          <w:b w:val="0"/>
          <w:sz w:val="20"/>
        </w:rPr>
        <w:t>________________________________</w:t>
      </w:r>
    </w:p>
    <w:p/>
    <w:p/>
    <w:p>
      <w:r>
        <w:rPr>
          <w:b/>
          <w:sz w:val="20"/>
        </w:rPr>
        <w:t>Oggetto: Trasformazione del contratto di lavoro da tempo determinato a tempo indeterminato</w:t>
      </w:r>
    </w:p>
    <w:p/>
    <w:p>
      <w:r>
        <w:rPr>
          <w:b w:val="0"/>
          <w:sz w:val="20"/>
        </w:rPr>
        <w:t>Gentile Sig./Sig.ra ________________________________,</w:t>
      </w:r>
    </w:p>
    <w:p/>
    <w:p>
      <w:r>
        <w:rPr>
          <w:b w:val="0"/>
          <w:sz w:val="20"/>
        </w:rPr>
        <w:t>con la presente, in conformità alle disposizioni di legge vigenti e agli accordi intercorsi, si comunica ufficialmente la trasformazione del Suo contratto di lavoro da tempo determinato a tempo indeterminato.</w:t>
      </w:r>
    </w:p>
    <w:p/>
    <w:p>
      <w:r>
        <w:rPr>
          <w:b w:val="0"/>
          <w:sz w:val="20"/>
        </w:rPr>
        <w:t>Si specifica che a partire dalla data di sottoscrizione della presente lettera, il rapporto di lavoro instaurato con la nostra azienda sarà regolato dalle norme previste per il contratto a tempo indeterminato, con tutte le conseguenti tutele e diritti previsti dal Codice Civile e dal Contratto Collettivo Nazionale di Lavoro applicabile.</w:t>
      </w:r>
    </w:p>
    <w:p/>
    <w:p>
      <w:r>
        <w:rPr>
          <w:b w:val="0"/>
          <w:sz w:val="20"/>
        </w:rPr>
        <w:t>Rimangono confermate tutte le condizioni normative ed economiche precedentemente pattuite, salvo quanto espressamente modificato e concordato in questa trasformazione.</w:t>
      </w:r>
    </w:p>
    <w:p/>
    <w:p>
      <w:r>
        <w:rPr>
          <w:b w:val="0"/>
          <w:sz w:val="20"/>
        </w:rPr>
        <w:t>Restiamo a disposizione per qualsiasi ulteriore chiarimento e cogliamo l’occasione per porgere cordiali saluti.</w:t>
      </w:r>
    </w:p>
    <w:p/>
    <w:p/>
    <w:p>
      <w:r>
        <w:rPr>
          <w:b w:val="0"/>
          <w:sz w:val="20"/>
        </w:rPr>
        <w:t>Cordiali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l'Azienda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Lavoratore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</w:t>
            </w:r>
          </w:p>
        </w:tc>
      </w:tr>
    </w:tbl>
    <w:p/>
    <w:p/>
    <w:p>
      <w:r>
        <w:rPr>
          <w:b w:val="0"/>
          <w:sz w:val="20"/>
        </w:rPr>
        <w:t>Luogo, Data: _________________________________________________________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https://esperto-contratti.com/lettera-trasformazione-contratto-da-tempo-determinato-a-tempo-indeterminato/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lettera-trasformazione-contratto-da-tempo-determinato-a-tempo-indeterminato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