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MODULO CONTRATTO DI COMODATO D'USO</w:t>
      </w:r>
    </w:p>
    <w:p>
      <w:pPr>
        <w:jc w:val="center"/>
      </w:pPr>
      <w:r>
        <w:rPr>
          <w:b/>
          <w:sz w:val="20"/>
        </w:rPr>
        <w:t>TRA AGENZIA DELLE ENTRATE E COMODANTE/COMODATARIO</w:t>
      </w:r>
    </w:p>
    <w:p/>
    <w:p/>
    <w:p>
      <w:r>
        <w:rPr>
          <w:b/>
          <w:sz w:val="20"/>
        </w:rPr>
        <w:t>PREMESSO CHE:</w:t>
      </w:r>
    </w:p>
    <w:p>
      <w:r>
        <w:rPr>
          <w:b w:val="0"/>
          <w:sz w:val="20"/>
        </w:rPr>
        <w:t>Il Comodante è proprietario dell’immobile/beni indicati in seguito;</w:t>
      </w:r>
    </w:p>
    <w:p>
      <w:r>
        <w:rPr>
          <w:b w:val="0"/>
          <w:sz w:val="20"/>
        </w:rPr>
        <w:t>Il Comodatario intende utilizzare a titolo gratuito il bene per le finalità concordate;</w:t>
      </w:r>
    </w:p>
    <w:p>
      <w:r>
        <w:rPr>
          <w:b w:val="0"/>
          <w:sz w:val="20"/>
        </w:rPr>
        <w:t>Le parti intendono disciplinare l’uso e la custodia del bene in conformità alla normativa vigente in materia di comodato d’uso in Italia.</w:t>
      </w:r>
    </w:p>
    <w:p/>
    <w:p/>
    <w:p>
      <w:r>
        <w:rPr>
          <w:b/>
          <w:sz w:val="20"/>
        </w:rPr>
        <w:t>Dati del Comodante:</w:t>
      </w:r>
    </w:p>
    <w:p>
      <w:r>
        <w:rPr>
          <w:b w:val="0"/>
          <w:sz w:val="20"/>
        </w:rPr>
        <w:t>Nome e Cognome / Ragione Sociale : ____________________________________________</w:t>
      </w:r>
    </w:p>
    <w:p>
      <w:r>
        <w:rPr>
          <w:b w:val="0"/>
          <w:sz w:val="20"/>
        </w:rPr>
        <w:t>Codice Fiscale / Partita IVA       : ____________________________________________</w:t>
      </w:r>
    </w:p>
    <w:p>
      <w:r>
        <w:rPr>
          <w:b w:val="0"/>
          <w:sz w:val="20"/>
        </w:rPr>
        <w:t>Indirizzo                        : ____________________________________________</w:t>
      </w:r>
    </w:p>
    <w:p>
      <w:r>
        <w:rPr>
          <w:b w:val="0"/>
          <w:sz w:val="20"/>
        </w:rPr>
        <w:t>Telefono / Email                 : ____________________________________________</w:t>
      </w:r>
    </w:p>
    <w:p/>
    <w:p>
      <w:r>
        <w:rPr>
          <w:b/>
          <w:sz w:val="20"/>
        </w:rPr>
        <w:t>Dati del Comodatario:</w:t>
      </w:r>
    </w:p>
    <w:p>
      <w:r>
        <w:rPr>
          <w:b w:val="0"/>
          <w:sz w:val="20"/>
        </w:rPr>
        <w:t>Nome e Cognome / Ragione Sociale : ____________________________________________</w:t>
      </w:r>
    </w:p>
    <w:p>
      <w:r>
        <w:rPr>
          <w:b w:val="0"/>
          <w:sz w:val="20"/>
        </w:rPr>
        <w:t>Codice Fiscale / Partita IVA       : ____________________________________________</w:t>
      </w:r>
    </w:p>
    <w:p>
      <w:r>
        <w:rPr>
          <w:b w:val="0"/>
          <w:sz w:val="20"/>
        </w:rPr>
        <w:t>Indirizzo                        : ____________________________________________</w:t>
      </w:r>
    </w:p>
    <w:p>
      <w:r>
        <w:rPr>
          <w:b w:val="0"/>
          <w:sz w:val="20"/>
        </w:rPr>
        <w:t>Telefono / Email                 : ____________________________________________</w:t>
      </w:r>
    </w:p>
    <w:p/>
    <w:p>
      <w:r>
        <w:rPr>
          <w:b/>
          <w:sz w:val="20"/>
        </w:rPr>
        <w:t>Descrizione del bene oggetto del comodato:</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Articolo 1 – Oggetto del Contratto</w:t>
      </w:r>
    </w:p>
    <w:p>
      <w:r>
        <w:rPr>
          <w:b w:val="0"/>
          <w:sz w:val="20"/>
        </w:rPr>
        <w:t>Il Comodante concede in comodato d’uso gratuito al Comodatario il bene descritto sopra, che il Comodatario si impegna ad utilizzare esclusivamente per le finalità concordate e nel rispetto delle condizioni previste dal presente contratto.</w:t>
      </w:r>
    </w:p>
    <w:p/>
    <w:p>
      <w:r>
        <w:rPr>
          <w:b/>
          <w:sz w:val="20"/>
        </w:rPr>
        <w:t>Articolo 2 – Durata del Comodato</w:t>
      </w:r>
    </w:p>
    <w:p>
      <w:r>
        <w:rPr>
          <w:b w:val="0"/>
          <w:sz w:val="20"/>
        </w:rPr>
        <w:t>Il presente contratto ha durata di __________ (specificare la durata) e decorre dalla data di sottoscrizione. Alla scadenza il Comodatario si impegna a restituire il bene al Comodante nello stato in cui lo ha ricevuto, salvo il normale deterioramento derivante dall’uso conforme al contratto.</w:t>
      </w:r>
    </w:p>
    <w:p/>
    <w:p>
      <w:r>
        <w:rPr>
          <w:b/>
          <w:sz w:val="20"/>
        </w:rPr>
        <w:t>Articolo 3 – Uso del Bene</w:t>
      </w:r>
    </w:p>
    <w:p>
      <w:r>
        <w:rPr>
          <w:b w:val="0"/>
          <w:sz w:val="20"/>
        </w:rPr>
        <w:t>Il Comodatario utilizzerà il bene esclusivamente per le finalità autorizzate dal Comodante, impegnandosi a non cedere a terzi, né a subcomodare il bene senza autorizzazione scritta. Il Comodatario si obbliga a custodire con diligenza il bene e a non apportarvi modifiche senza il consenso del Comodante.</w:t>
      </w:r>
    </w:p>
    <w:p/>
    <w:p>
      <w:r>
        <w:rPr>
          <w:b/>
          <w:sz w:val="20"/>
        </w:rPr>
        <w:t>Articolo 4 – Manutenzione e Riparazioni</w:t>
      </w:r>
    </w:p>
    <w:p>
      <w:r>
        <w:rPr>
          <w:b w:val="0"/>
          <w:sz w:val="20"/>
        </w:rPr>
        <w:t>Il Comodatario è responsabile della manutenzione ordinaria e si impegna a comunicare tempestivamente al Comodante eventuali danni o necessità di riparazioni straordinarie, che resteranno a carico del Comodante salvo che siano derivati da dolo o colpa grave del Comodatario.</w:t>
      </w:r>
    </w:p>
    <w:p/>
    <w:p>
      <w:r>
        <w:rPr>
          <w:b/>
          <w:sz w:val="20"/>
        </w:rPr>
        <w:t>Articolo 5 – Restituzione del Bene</w:t>
      </w:r>
    </w:p>
    <w:p>
      <w:r>
        <w:rPr>
          <w:b w:val="0"/>
          <w:sz w:val="20"/>
        </w:rPr>
        <w:t>Alla scadenza o in caso di risoluzione anticipata, il Comodatario restituirà il bene al Comodante nello stato in cui lo ha ricevuto, salvo il deperimento d’uso. Eventuali danni saranno risarciti dal Comodatario.</w:t>
      </w:r>
    </w:p>
    <w:p/>
    <w:p>
      <w:r>
        <w:rPr>
          <w:b/>
          <w:sz w:val="20"/>
        </w:rPr>
        <w:t>Articolo 6 – Responsabilità</w:t>
      </w:r>
    </w:p>
    <w:p>
      <w:r>
        <w:rPr>
          <w:b w:val="0"/>
          <w:sz w:val="20"/>
        </w:rPr>
        <w:t>Il Comodatario si assume ogni responsabilità per danni a persone o cose derivanti dall’uso improprio del bene durante il periodo di comodato e manleva il Comodante da ogni pretesa di terzi.</w:t>
      </w:r>
    </w:p>
    <w:p/>
    <w:p>
      <w:r>
        <w:rPr>
          <w:b/>
          <w:sz w:val="20"/>
        </w:rPr>
        <w:t>Articolo 7 – Risoluzione Anticipata</w:t>
      </w:r>
    </w:p>
    <w:p>
      <w:r>
        <w:rPr>
          <w:b w:val="0"/>
          <w:sz w:val="20"/>
        </w:rPr>
        <w:t>Il presente contratto può essere risolto anticipatamente da ciascuna parte mediante comunicazione scritta con preavviso di almeno 30 giorni. In caso di violazione degli obblighi contrattuali, il Comodante può richiedere la restituzione immediata del bene.</w:t>
      </w:r>
    </w:p>
    <w:p/>
    <w:p>
      <w:r>
        <w:rPr>
          <w:b/>
          <w:sz w:val="20"/>
        </w:rPr>
        <w:t>Articolo 8 – Foro Competente</w:t>
      </w:r>
    </w:p>
    <w:p>
      <w:r>
        <w:rPr>
          <w:b w:val="0"/>
          <w:sz w:val="20"/>
        </w:rPr>
        <w:t>Per qualsiasi controversia relativa all’interpretazione, esecuzione o risoluzione del presente contratto sarà competente in via esclusiva il Foro del luogo di residenza o sede del Comodante, salvo diversa disposizione inderogabile di legge.</w:t>
      </w:r>
    </w:p>
    <w:p/>
    <w:p/>
    <w:p>
      <w:r>
        <w:rPr>
          <w:b w:val="0"/>
          <w:sz w:val="20"/>
        </w:rPr>
        <w:t>Luogo, Data : 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COMODANTE</w:t>
            </w:r>
          </w:p>
        </w:tc>
        <w:tc>
          <w:tcPr>
            <w:tcW w:type="dxa" w:w="4986"/>
            <w:tcBorders>
              <w:top w:val="nil"/>
              <w:left w:val="nil"/>
              <w:bottom w:val="nil"/>
              <w:right w:val="nil"/>
              <w:insideH w:val="nil"/>
              <w:insideV w:val="nil"/>
            </w:tcBorders>
          </w:tcPr>
          <w:p>
            <w:pPr>
              <w:jc w:val="center"/>
            </w:pPr>
            <w:r>
              <w:t>COMODATARIO</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https://esperto-contratti.com/modulo-contratto-comodato-d-uso-agenzia-entrate/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https://esperto-contratti.com</w:t>
        </w:r>
      </w:hyperlink>
    </w:p>
    <w:p>
      <w:pPr>
        <w:jc w:val="center"/>
      </w:pPr>
      <w:r>
        <w:rPr>
          <w:color w:val="808080"/>
          <w:sz w:val="20"/>
        </w:rPr>
        <w:t>Questo modello è destinato esclusivamente a un uso personale e non commerciale.</w:t>
        <w:br/>
        <w:t>Qualsiasi diffusione o pubblicazione deve citare obbligatoriamente la fonte. © esperto-contratti.com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contratti.com/modulo-contratto-comodato-d-uso-agenzia-entrate/" TargetMode="External"/><Relationship Id="rId10" Type="http://schemas.openxmlformats.org/officeDocument/2006/relationships/hyperlink" Target="https://esperto-contrat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