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DI RECESSO ANTICIPATO DAL CONTRATTO DI LOCAZIONE COMMERCIALE</w:t>
      </w:r>
    </w:p>
    <w:p/>
    <w:p/>
    <w:p>
      <w:r>
        <w:rPr>
          <w:b/>
          <w:sz w:val="20"/>
        </w:rPr>
        <w:t>Spett.le</w:t>
      </w:r>
    </w:p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Indirizzo: ______________________________</w:t>
      </w:r>
    </w:p>
    <w:p>
      <w:r>
        <w:rPr>
          <w:b w:val="0"/>
          <w:sz w:val="20"/>
        </w:rPr>
        <w:t>CAP _______ Città ________________</w:t>
      </w:r>
    </w:p>
    <w:p/>
    <w:p>
      <w:r>
        <w:rPr>
          <w:b/>
          <w:sz w:val="20"/>
        </w:rPr>
        <w:t>Oggetto: Recesso anticipato dal contratto di locazione commerciale</w:t>
      </w:r>
    </w:p>
    <w:p/>
    <w:p>
      <w:r>
        <w:rPr>
          <w:b w:val="0"/>
          <w:sz w:val="20"/>
        </w:rPr>
        <w:t>Il/la sottoscritto/a ____________________________________________________, nato/a a ________________________,</w:t>
      </w:r>
    </w:p>
    <w:p>
      <w:r>
        <w:rPr>
          <w:b w:val="0"/>
          <w:sz w:val="20"/>
        </w:rPr>
        <w:t>residente in ___________________________________________________________, codice fiscale ____________________,</w:t>
      </w:r>
    </w:p>
    <w:p>
      <w:r>
        <w:rPr>
          <w:b w:val="0"/>
          <w:sz w:val="20"/>
        </w:rPr>
        <w:t>in qualità di conduttore/locatario dell’immobile commerciale sito in _______________________________,</w:t>
      </w:r>
    </w:p>
    <w:p>
      <w:r>
        <w:rPr>
          <w:b w:val="0"/>
          <w:sz w:val="20"/>
        </w:rPr>
        <w:t>con riferimento al contratto di locazione commerciale stipulato in data ____________________________,</w:t>
      </w:r>
    </w:p>
    <w:p/>
    <w:p>
      <w:r>
        <w:rPr>
          <w:b w:val="0"/>
          <w:sz w:val="20"/>
        </w:rPr>
        <w:t>comunica formalmente la volontà di recedere anticipatamente dal suddetto contratto,</w:t>
      </w:r>
    </w:p>
    <w:p>
      <w:r>
        <w:rPr>
          <w:b w:val="0"/>
          <w:sz w:val="20"/>
        </w:rPr>
        <w:t>ai sensi e per gli effetti dell’art. 27 della legge 27 luglio 1978, n. 392, nonché degli articoli 1373 e seguenti del Codice Civile,</w:t>
      </w:r>
    </w:p>
    <w:p>
      <w:r>
        <w:rPr>
          <w:b w:val="0"/>
          <w:sz w:val="20"/>
        </w:rPr>
        <w:t>con effetto a decorrere dal giorno _____________________________.</w:t>
      </w:r>
    </w:p>
    <w:p/>
    <w:p>
      <w:r>
        <w:rPr>
          <w:b w:val="0"/>
          <w:sz w:val="20"/>
        </w:rPr>
        <w:t>A seguito di tale recesso, si impegna a rispettare tutte le condizioni previste dal contratto e dalla normativa vigente,</w:t>
      </w:r>
    </w:p>
    <w:p>
      <w:r>
        <w:rPr>
          <w:b w:val="0"/>
          <w:sz w:val="20"/>
        </w:rPr>
        <w:t>comprese le disposizioni relative alla restituzione dell’immobile e alla corresponsione dei canoni e degli oneri accessori fino alla data di cessazione.</w:t>
      </w:r>
    </w:p>
    <w:p/>
    <w:p>
      <w:r>
        <w:rPr>
          <w:b w:val="0"/>
          <w:sz w:val="20"/>
        </w:rPr>
        <w:t>Si richiede pertanto di voler prendere atto della presente comunicazione e di concordare le modalità di riconsegna dell’immobile.</w:t>
      </w:r>
    </w:p>
    <w:p/>
    <w:p>
      <w:r>
        <w:rPr>
          <w:b w:val="0"/>
          <w:sz w:val="20"/>
        </w:rPr>
        <w:t>Si precisa che la presente comunicazione viene inviata con raccomandata A/R ai sensi di legge,</w:t>
      </w:r>
    </w:p>
    <w:p>
      <w:r>
        <w:rPr>
          <w:b w:val="0"/>
          <w:sz w:val="20"/>
        </w:rPr>
        <w:t>e costituisce atto formale di recesso anticipato, che solleva il/ la sottoscritto/a da ogni ulteriore obbligo contrattuale a decorrere dalla data indicata.</w:t>
      </w:r>
    </w:p>
    <w:p/>
    <w:p/>
    <w:p>
      <w:r>
        <w:rPr>
          <w:b w:val="0"/>
          <w:sz w:val="20"/>
        </w:rPr>
        <w:t>Luogo,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LOCATORE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CONDUTTORE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https://esperto-contratti.com/recesso-anticipato-contratto-locazione-commerciale-fac-simile/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https://esperto-contratti.com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esperto-contratti.com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contratti.com/recesso-anticipato-contratto-locazione-commerciale-fac-simile/" TargetMode="External"/><Relationship Id="rId10" Type="http://schemas.openxmlformats.org/officeDocument/2006/relationships/hyperlink" Target="https://esperto-contrat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