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RISOLUZIONE DEL CONTRATTO DI LOCAZIONE</w:t>
      </w:r>
    </w:p>
    <w:p/>
    <w:p>
      <w:r>
        <w:rPr>
          <w:b/>
          <w:sz w:val="20"/>
        </w:rPr>
        <w:t>Locatore :</w:t>
      </w:r>
    </w:p>
    <w:p>
      <w:r>
        <w:rPr>
          <w:b w:val="0"/>
          <w:sz w:val="20"/>
        </w:rPr>
        <w:t>Nome e Cognome / Ragione Sociale : ___________________________________________</w:t>
      </w:r>
    </w:p>
    <w:p>
      <w:r>
        <w:rPr>
          <w:b w:val="0"/>
          <w:sz w:val="20"/>
        </w:rPr>
        <w:t>Codice Fiscale / Partita IVA : ________________________________________________</w:t>
      </w:r>
    </w:p>
    <w:p>
      <w:r>
        <w:rPr>
          <w:b w:val="0"/>
          <w:sz w:val="20"/>
        </w:rPr>
        <w:t>Indirizzo Residenza / Sede Legale : ___________________________________________</w:t>
      </w:r>
    </w:p>
    <w:p/>
    <w:p>
      <w:r>
        <w:rPr>
          <w:b/>
          <w:sz w:val="20"/>
        </w:rPr>
        <w:t>Conduttore :</w:t>
      </w:r>
    </w:p>
    <w:p>
      <w:r>
        <w:rPr>
          <w:b w:val="0"/>
          <w:sz w:val="20"/>
        </w:rPr>
        <w:t>Nome e Cognome : ____________________________________________________________</w:t>
      </w:r>
    </w:p>
    <w:p>
      <w:r>
        <w:rPr>
          <w:b w:val="0"/>
          <w:sz w:val="20"/>
        </w:rPr>
        <w:t>Codice Fiscale : _____________________________________________________________</w:t>
      </w:r>
    </w:p>
    <w:p>
      <w:r>
        <w:rPr>
          <w:b w:val="0"/>
          <w:sz w:val="20"/>
        </w:rPr>
        <w:t>Indirizzo Residenza : ________________________________________________________</w:t>
      </w:r>
    </w:p>
    <w:p/>
    <w:p>
      <w:r>
        <w:rPr>
          <w:b/>
          <w:sz w:val="20"/>
        </w:rPr>
        <w:t>PREMESSO CHE</w:t>
      </w:r>
    </w:p>
    <w:p>
      <w:r>
        <w:rPr>
          <w:b w:val="0"/>
          <w:sz w:val="20"/>
        </w:rPr>
        <w:t>Il Locatore e il Conduttore hanno stipulato un Contratto di Locazione relativo all'immobile situato in ________________________________ con decorrenza _______________ e durata fino a _______________.</w:t>
      </w:r>
    </w:p>
    <w:p/>
    <w:p>
      <w:r>
        <w:rPr>
          <w:b/>
          <w:sz w:val="20"/>
        </w:rPr>
        <w:t>SI CONVIENE E SI STIPULA QUANTO SEGUE</w:t>
      </w:r>
    </w:p>
    <w:p/>
    <w:p>
      <w:r>
        <w:rPr>
          <w:b/>
          <w:sz w:val="20"/>
        </w:rPr>
        <w:t>Articolo 1 – Risoluzione consensuale del contratto</w:t>
      </w:r>
    </w:p>
    <w:p>
      <w:r>
        <w:rPr>
          <w:b w:val="0"/>
          <w:sz w:val="20"/>
        </w:rPr>
        <w:t>Le parti concordano di risolvere consensualmente il Contratto di Locazione sopra richiamato con effetto immediato, liberandosi reciprocamente da ogni obbligo e vincolo derivante dal medesimo.</w:t>
      </w:r>
    </w:p>
    <w:p/>
    <w:p>
      <w:r>
        <w:rPr>
          <w:b/>
          <w:sz w:val="20"/>
        </w:rPr>
        <w:t>Articolo 2 – Restituzione dell'immobile</w:t>
      </w:r>
    </w:p>
    <w:p>
      <w:r>
        <w:rPr>
          <w:b w:val="0"/>
          <w:sz w:val="20"/>
        </w:rPr>
        <w:t>Il Conduttore si impegna a riconsegnare l'immobile locato nello stato in cui lo ha ricevuto, salvo il normale deterioramento dovuto all'uso conforme al contratto, entro e non oltre il termine stabilito dalle parti.</w:t>
      </w:r>
    </w:p>
    <w:p/>
    <w:p>
      <w:r>
        <w:rPr>
          <w:b/>
          <w:sz w:val="20"/>
        </w:rPr>
        <w:t>Articolo 3 – Pagamenti e saldo finale</w:t>
      </w:r>
    </w:p>
    <w:p>
      <w:r>
        <w:rPr>
          <w:b w:val="0"/>
          <w:sz w:val="20"/>
        </w:rPr>
        <w:t>Le parti dichiarano di aver regolato ogni eventuale credito e debito derivante dal contratto, compreso il pagamento degli ultimi canoni, spese condominiali e utenze. Il Locatore restituisce al Conduttore ogni deposito cauzionale eventualmente versato, salvo conguaglio.</w:t>
      </w:r>
    </w:p>
    <w:p/>
    <w:p>
      <w:r>
        <w:rPr>
          <w:b/>
          <w:sz w:val="20"/>
        </w:rPr>
        <w:t>Articolo 4 – Liberatoria reciproca</w:t>
      </w:r>
    </w:p>
    <w:p>
      <w:r>
        <w:rPr>
          <w:b w:val="0"/>
          <w:sz w:val="20"/>
        </w:rPr>
        <w:t>Con la sottoscrizione del presente atto le parti si concedono reciprocamente liberatoria da ogni ulteriore pretesa, diritto o azione relativa al Contratto di Locazione risolto, nulla più dovendo l’una all’altra in relazione al contratto medesimo.</w:t>
      </w:r>
    </w:p>
    <w:p/>
    <w:p>
      <w:r>
        <w:rPr>
          <w:b/>
          <w:sz w:val="20"/>
        </w:rPr>
        <w:t>Articolo 5 – Foro competente</w:t>
      </w:r>
    </w:p>
    <w:p>
      <w:r>
        <w:rPr>
          <w:b w:val="0"/>
          <w:sz w:val="20"/>
        </w:rPr>
        <w:t>Per qualsiasi controversia relativa all'interpretazione, esecuzione o risoluzione del presente atto sarà competente in via esclusiva il Foro del luogo ove è situato l'immobile oggetto della locazione.</w:t>
      </w:r>
    </w:p>
    <w:p/>
    <w:p/>
    <w:p>
      <w:r>
        <w:rPr>
          <w:b w:val="0"/>
          <w:sz w:val="20"/>
        </w:rPr>
        <w:t>Luogo : ______________________________________________________________</w:t>
      </w:r>
    </w:p>
    <w:p>
      <w:r>
        <w:rPr>
          <w:b w:val="0"/>
          <w:sz w:val="20"/>
        </w:rPr>
        <w:t>Data : _______________________________________________________________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LOCATORE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CONDUTTORE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originale di questo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https://esperto-contratti.com/risoluzione-contratto-di-locazione-fac-simile/</w:t>
        </w:r>
      </w:hyperlink>
    </w:p>
    <w:p>
      <w:pPr>
        <w:jc w:val="center"/>
      </w:pPr>
      <w:r>
        <w:rPr>
          <w:color w:val="555555"/>
          <w:sz w:val="26"/>
        </w:rPr>
        <w:t>Questo modello ti è stato utile?</w:t>
      </w:r>
    </w:p>
    <w:p>
      <w:pPr>
        <w:jc w:val="center"/>
      </w:pPr>
      <w:r>
        <w:rPr>
          <w:color w:val="555555"/>
          <w:sz w:val="26"/>
        </w:rPr>
        <w:t>Trova altri modelli aggiornati su: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https://esperto-contratti.com</w:t>
        </w:r>
      </w:hyperlink>
    </w:p>
    <w:p>
      <w:pPr>
        <w:jc w:val="center"/>
      </w:pPr>
      <w:r>
        <w:rPr>
          <w:color w:val="808080"/>
          <w:sz w:val="20"/>
        </w:rPr>
        <w:t>Questo modello è destinato esclusivamente a un uso personale e non commerciale.</w:t>
        <w:br/>
        <w:t>Qualsiasi diffusione o pubblicazione deve citare obbligatoriamente la fonte. © esperto-contratti.com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sperto-contratti.com/risoluzione-contratto-di-locazione-fac-simile/" TargetMode="External"/><Relationship Id="rId10" Type="http://schemas.openxmlformats.org/officeDocument/2006/relationships/hyperlink" Target="https://esperto-contratti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