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SCRITTURA PRIVATA DI MODIFICA CONTRATTUALE</w:t>
      </w:r>
    </w:p>
    <w:p/>
    <w:p/>
    <w:p>
      <w:r>
        <w:rPr>
          <w:b w:val="0"/>
          <w:sz w:val="20"/>
        </w:rPr>
        <w:t>Tra le parti:</w:t>
      </w:r>
    </w:p>
    <w:p>
      <w:r>
        <w:rPr>
          <w:b w:val="0"/>
          <w:sz w:val="20"/>
        </w:rPr>
        <w:t>1) ________________________________, nato/a a ________________, residente in ________________, codice fiscale ____________________, di seguito denominato "Parte A";</w:t>
      </w:r>
    </w:p>
    <w:p>
      <w:r>
        <w:rPr>
          <w:b w:val="0"/>
          <w:sz w:val="20"/>
        </w:rPr>
        <w:t>2) ________________________________, nato/a a ________________, residente in ________________, codice fiscale ____________________, di seguito denominato "Parte B";</w:t>
      </w:r>
    </w:p>
    <w:p/>
    <w:p>
      <w:r>
        <w:rPr>
          <w:b/>
          <w:sz w:val="20"/>
        </w:rPr>
        <w:t>Premesso che:</w:t>
      </w:r>
    </w:p>
    <w:p>
      <w:r>
        <w:rPr>
          <w:b w:val="0"/>
          <w:sz w:val="20"/>
        </w:rPr>
        <w:t>- con contratto datato ________________, le parti hanno stipulato un accordo avente ad oggetto ________________________________;</w:t>
      </w:r>
    </w:p>
    <w:p>
      <w:r>
        <w:rPr>
          <w:b w:val="0"/>
          <w:sz w:val="20"/>
        </w:rPr>
        <w:t>- le parti intendono modificare alcune clausole del suddetto contratto, mantenendo valido e vigente il resto del contenuto;</w:t>
      </w:r>
    </w:p>
    <w:p/>
    <w:p>
      <w:r>
        <w:rPr>
          <w:b/>
          <w:sz w:val="20"/>
        </w:rPr>
        <w:t>Si conviene e si stipula quanto segue:</w:t>
      </w:r>
    </w:p>
    <w:p/>
    <w:p>
      <w:r>
        <w:rPr>
          <w:b/>
          <w:sz w:val="20"/>
        </w:rPr>
        <w:t>Articolo 1 – Modifica delle clausole contrattuali</w:t>
      </w:r>
    </w:p>
    <w:p>
      <w:r>
        <w:rPr>
          <w:b w:val="0"/>
          <w:sz w:val="20"/>
        </w:rPr>
        <w:t>Le parti concordano di modificare il contratto originario nei seguenti termini:</w:t>
      </w:r>
    </w:p>
    <w:p>
      <w:r>
        <w:rPr>
          <w:b w:val="0"/>
          <w:sz w:val="20"/>
        </w:rPr>
        <w:t>1.1) La clausola relativa a ________________________________ è sostituita con la seguente formulazione:</w:t>
      </w:r>
    </w:p>
    <w:p>
      <w:r>
        <w:rPr>
          <w:b w:val="0"/>
          <w:sz w:val="20"/>
        </w:rPr>
        <w:t xml:space="preserve">    __________________________________________________________________________________________</w:t>
      </w:r>
    </w:p>
    <w:p>
      <w:r>
        <w:rPr>
          <w:b w:val="0"/>
          <w:sz w:val="20"/>
        </w:rPr>
        <w:t>1.2) La clausola relativa a ________________________________ è integrata come segue:</w:t>
      </w:r>
    </w:p>
    <w:p>
      <w:r>
        <w:rPr>
          <w:b w:val="0"/>
          <w:sz w:val="20"/>
        </w:rPr>
        <w:t xml:space="preserve">    __________________________________________________________________________________________</w:t>
      </w:r>
    </w:p>
    <w:p>
      <w:r>
        <w:rPr>
          <w:b w:val="0"/>
          <w:sz w:val="20"/>
        </w:rPr>
        <w:t>1.3) Ogni altra modifica deve essere approvata per iscritto da entrambe le parti.</w:t>
      </w:r>
    </w:p>
    <w:p/>
    <w:p>
      <w:r>
        <w:rPr>
          <w:b/>
          <w:sz w:val="20"/>
        </w:rPr>
        <w:t>Articolo 2 – Conferma delle restanti clausole</w:t>
      </w:r>
    </w:p>
    <w:p>
      <w:r>
        <w:rPr>
          <w:b w:val="0"/>
          <w:sz w:val="20"/>
        </w:rPr>
        <w:t>Resta confermato che tutte le altre clausole e condizioni del contratto originario non modificate con la presente scrittura privata restano pienamente valide ed efficaci.</w:t>
      </w:r>
    </w:p>
    <w:p/>
    <w:p>
      <w:r>
        <w:rPr>
          <w:b/>
          <w:sz w:val="20"/>
        </w:rPr>
        <w:t>Articolo 3 – Efficacia della modifica</w:t>
      </w:r>
    </w:p>
    <w:p>
      <w:r>
        <w:rPr>
          <w:b w:val="0"/>
          <w:sz w:val="20"/>
        </w:rPr>
        <w:t>Le modifiche contenute nella presente scrittura privata producono effetti esclusivamente a partire dalla data di sottoscrizione della stessa e si intendono parte integrante e sostanziale del contratto originario.</w:t>
      </w:r>
    </w:p>
    <w:p/>
    <w:p>
      <w:r>
        <w:rPr>
          <w:b/>
          <w:sz w:val="20"/>
        </w:rPr>
        <w:t>Articolo 4 – Disposizioni finali</w:t>
      </w:r>
    </w:p>
    <w:p>
      <w:r>
        <w:rPr>
          <w:b w:val="0"/>
          <w:sz w:val="20"/>
        </w:rPr>
        <w:t>4.1) Ogni controversia derivante dall’interpretazione o esecuzione della presente scrittura privata sarà devoluta alla competenza esclusiva del Foro di _________________.</w:t>
      </w:r>
    </w:p>
    <w:p>
      <w:r>
        <w:rPr>
          <w:b w:val="0"/>
          <w:sz w:val="20"/>
        </w:rPr>
        <w:t>4.2) La presente scrittura privata è redatta in duplice originale, un esemplare per ciascuna parte.</w:t>
      </w:r>
    </w:p>
    <w:p/>
    <w:p/>
    <w:p>
      <w:r>
        <w:rPr>
          <w:b w:val="0"/>
          <w:sz w:val="20"/>
        </w:rPr>
        <w:t>Luogo e Data : 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PARTE 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PARTE B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https://esperto-contratti.com/scrittura-privata-modifica-contratto-fac-simile/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scrittura-privata-modifica-contratto-fac-simile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